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Digital Travel Agency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Digital Travel Agency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939***1002</w:t>
            </w:r>
          </w:p>
        </w:tc>
        <w:tc>
          <w:tcPr>
            <w:tcW w:type="dxa" w:w="1728"/>
          </w:tcPr>
          <w:p>
            <w:r>
              <w:t>OTANA 88610002تلگرام شرکتی</w:t>
            </w:r>
          </w:p>
        </w:tc>
        <w:tc>
          <w:tcPr>
            <w:tcW w:type="dxa" w:w="1728"/>
          </w:tcPr>
          <w:p>
            <w:r>
              <w:t>دفترمرکزی: ونک ملاصدرا</w:t>
            </w:r>
          </w:p>
        </w:tc>
        <w:tc>
          <w:tcPr>
            <w:tcW w:type="dxa" w:w="1728"/>
          </w:tcPr>
          <w:p>
            <w:r>
              <w:t>otanatravel3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910*3*707*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>
              <w:t>Esfahani</w:t>
            </w:r>
          </w:p>
        </w:tc>
        <w:tc>
          <w:tcPr>
            <w:tcW w:type="dxa" w:w="1728"/>
          </w:tcPr>
          <w:p>
            <w:r>
              <w:t>MEHDII6367078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9122*79700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>
              <w:t>Sahaf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912*09223*</w:t>
            </w:r>
          </w:p>
        </w:tc>
        <w:tc>
          <w:tcPr>
            <w:tcW w:type="dxa" w:w="1728"/>
          </w:tcPr>
          <w:p>
            <w:r>
              <w:t>S.a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Abed2011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930*19**2*</w:t>
            </w:r>
          </w:p>
        </w:tc>
        <w:tc>
          <w:tcPr>
            <w:tcW w:type="dxa" w:w="1728"/>
          </w:tcPr>
          <w:p>
            <w:r>
              <w:t>babak</w:t>
            </w:r>
          </w:p>
        </w:tc>
        <w:tc>
          <w:tcPr>
            <w:tcW w:type="dxa" w:w="1728"/>
          </w:tcPr>
          <w:p>
            <w:r>
              <w:t>Rostami</w:t>
            </w:r>
          </w:p>
        </w:tc>
        <w:tc>
          <w:tcPr>
            <w:tcW w:type="dxa" w:w="1728"/>
          </w:tcPr>
          <w:p>
            <w:r>
              <w:t>MORTEZARASHIDImor1357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90179790*0</w:t>
            </w:r>
          </w:p>
        </w:tc>
        <w:tc>
          <w:tcPr>
            <w:tcW w:type="dxa" w:w="1728"/>
          </w:tcPr>
          <w:p>
            <w:r>
              <w:t>MOUNT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930**14427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91237943**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Mohammadi</w:t>
            </w:r>
          </w:p>
        </w:tc>
        <w:tc>
          <w:tcPr>
            <w:tcW w:type="dxa" w:w="1728"/>
          </w:tcPr>
          <w:p>
            <w:r>
              <w:t>alimohammadi47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902*4141*1</w:t>
            </w:r>
          </w:p>
        </w:tc>
        <w:tc>
          <w:tcPr>
            <w:tcW w:type="dxa" w:w="1728"/>
          </w:tcPr>
          <w:p>
            <w:r>
              <w:t>safar gasht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safargashtag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91271*9*30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>
              <w:t>Azimi</w:t>
            </w:r>
          </w:p>
        </w:tc>
        <w:tc>
          <w:tcPr>
            <w:tcW w:type="dxa" w:w="1728"/>
          </w:tcPr>
          <w:p>
            <w:r>
              <w:t>Eadtaksavar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91032*9*2*</w:t>
            </w:r>
          </w:p>
        </w:tc>
        <w:tc>
          <w:tcPr>
            <w:tcW w:type="dxa" w:w="1728"/>
          </w:tcPr>
          <w:p>
            <w:r>
              <w:t>HamishehSafar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HAMISHEHSAFAR1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9124034932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baradar_marko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930*211779</w:t>
            </w:r>
          </w:p>
        </w:tc>
        <w:tc>
          <w:tcPr>
            <w:tcW w:type="dxa" w:w="1728"/>
          </w:tcPr>
          <w:p>
            <w:r>
              <w:t>ebr</w:t>
            </w:r>
          </w:p>
        </w:tc>
        <w:tc>
          <w:tcPr>
            <w:tcW w:type="dxa" w:w="1728"/>
          </w:tcPr>
          <w:p>
            <w:r>
              <w:t>him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912*4999*9</w:t>
            </w:r>
          </w:p>
        </w:tc>
        <w:tc>
          <w:tcPr>
            <w:tcW w:type="dxa" w:w="1728"/>
          </w:tcPr>
          <w:p>
            <w:r>
              <w:t>Asena Safar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asenasafar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9121*09327</w:t>
            </w:r>
          </w:p>
        </w:tc>
        <w:tc>
          <w:tcPr>
            <w:tcW w:type="dxa" w:w="1728"/>
          </w:tcPr>
          <w:p>
            <w:r>
              <w:t>حميدرضا</w:t>
            </w:r>
          </w:p>
        </w:tc>
        <w:tc>
          <w:tcPr>
            <w:tcW w:type="dxa" w:w="1728"/>
          </w:tcPr>
          <w:p>
            <w:r>
              <w:t>بستان منش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90*121**49</w:t>
            </w:r>
          </w:p>
        </w:tc>
        <w:tc>
          <w:tcPr>
            <w:tcW w:type="dxa" w:w="1728"/>
          </w:tcPr>
          <w:p>
            <w:r>
              <w:t>ɪᴍ✮ˢ̶͚ᵒ̶͚ʷ̶͚ᵍ͚ᵃ̶͚ⁿ̶͚ᵈ̶͚✮̶͟͞?̶͟͞∇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Sogand_Single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912200*72*</w:t>
            </w:r>
          </w:p>
        </w:tc>
        <w:tc>
          <w:tcPr>
            <w:tcW w:type="dxa" w:w="1728"/>
          </w:tcPr>
          <w:p>
            <w:r>
              <w:t>Najmeh</w:t>
            </w:r>
          </w:p>
        </w:tc>
        <w:tc>
          <w:tcPr>
            <w:tcW w:type="dxa" w:w="1728"/>
          </w:tcPr>
          <w:p>
            <w:r>
              <w:t>Lahiji</w:t>
            </w:r>
          </w:p>
        </w:tc>
        <w:tc>
          <w:tcPr>
            <w:tcW w:type="dxa" w:w="1728"/>
          </w:tcPr>
          <w:p>
            <w:r>
              <w:t>NAJMEHLAHIJI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9394747401</w:t>
            </w:r>
          </w:p>
        </w:tc>
        <w:tc>
          <w:tcPr>
            <w:tcW w:type="dxa" w:w="1728"/>
          </w:tcPr>
          <w:p>
            <w:r>
              <w:t>Sajjad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sajjad_mo2007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92174****4</w:t>
            </w:r>
          </w:p>
        </w:tc>
        <w:tc>
          <w:tcPr>
            <w:tcW w:type="dxa" w:w="1728"/>
          </w:tcPr>
          <w:p>
            <w:r>
              <w:t>@@azizi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Azhotelist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91244***12</w:t>
            </w:r>
          </w:p>
        </w:tc>
        <w:tc>
          <w:tcPr>
            <w:tcW w:type="dxa" w:w="1728"/>
          </w:tcPr>
          <w:p>
            <w:r>
              <w:t>Reyhaneh</w:t>
            </w:r>
          </w:p>
        </w:tc>
        <w:tc>
          <w:tcPr>
            <w:tcW w:type="dxa" w:w="1728"/>
          </w:tcPr>
          <w:p>
            <w:r>
              <w:t>Amini</w:t>
            </w:r>
          </w:p>
        </w:tc>
        <w:tc>
          <w:tcPr>
            <w:tcW w:type="dxa" w:w="1728"/>
          </w:tcPr>
          <w:p>
            <w:r>
              <w:t>reyhanehamini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912**9***9</w:t>
            </w:r>
          </w:p>
        </w:tc>
        <w:tc>
          <w:tcPr>
            <w:tcW w:type="dxa" w:w="1728"/>
          </w:tcPr>
          <w:p>
            <w:r>
              <w:t>Mr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ahmadibehnam1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912*3*2927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H_12111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933*040*7*</w:t>
            </w:r>
          </w:p>
        </w:tc>
        <w:tc>
          <w:tcPr>
            <w:tcW w:type="dxa" w:w="1728"/>
          </w:tcPr>
          <w:p>
            <w:r>
              <w:t>D.G 🐦SUI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Ib5040876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93*1221*90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saam_tamimgasht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93*23904*3</w:t>
            </w:r>
          </w:p>
        </w:tc>
        <w:tc>
          <w:tcPr>
            <w:tcW w:type="dxa" w:w="1728"/>
          </w:tcPr>
          <w:p>
            <w:r>
              <w:t>PaYaM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Pym67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912302**3*</w:t>
            </w:r>
          </w:p>
        </w:tc>
        <w:tc>
          <w:tcPr>
            <w:tcW w:type="dxa" w:w="1728"/>
          </w:tcPr>
          <w:p>
            <w:r>
              <w:t>H&amp;M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sinazvr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9222407112</w:t>
            </w:r>
          </w:p>
        </w:tc>
        <w:tc>
          <w:tcPr>
            <w:tcW w:type="dxa" w:w="1728"/>
          </w:tcPr>
          <w:p>
            <w:r>
              <w:t>riha</w:t>
            </w:r>
          </w:p>
        </w:tc>
        <w:tc>
          <w:tcPr>
            <w:tcW w:type="dxa" w:w="1728"/>
          </w:tcPr>
          <w:p>
            <w:r>
              <w:t>jahan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91217*77*9</w:t>
            </w:r>
          </w:p>
        </w:tc>
        <w:tc>
          <w:tcPr>
            <w:tcW w:type="dxa" w:w="1728"/>
          </w:tcPr>
          <w:p>
            <w:r>
              <w:t>Hessam</w:t>
            </w:r>
          </w:p>
        </w:tc>
        <w:tc>
          <w:tcPr>
            <w:tcW w:type="dxa" w:w="1728"/>
          </w:tcPr>
          <w:p>
            <w:r>
              <w:t>Hejazi</w:t>
            </w:r>
          </w:p>
        </w:tc>
        <w:tc>
          <w:tcPr>
            <w:tcW w:type="dxa" w:w="1728"/>
          </w:tcPr>
          <w:p>
            <w:r>
              <w:t>Hejazi152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910902*474</w:t>
            </w:r>
          </w:p>
        </w:tc>
        <w:tc>
          <w:tcPr>
            <w:tcW w:type="dxa" w:w="1728"/>
          </w:tcPr>
          <w:p>
            <w:r>
              <w:t>SaRaaa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92224290*1</w:t>
            </w:r>
          </w:p>
        </w:tc>
        <w:tc>
          <w:tcPr>
            <w:tcW w:type="dxa" w:w="1728"/>
          </w:tcPr>
          <w:p>
            <w:r>
              <w:t>zazila</w:t>
            </w:r>
          </w:p>
        </w:tc>
        <w:tc>
          <w:tcPr>
            <w:tcW w:type="dxa" w:w="1728"/>
          </w:tcPr>
          <w:p>
            <w:r>
              <w:t>ahmadi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91232*2*94</w:t>
            </w:r>
          </w:p>
        </w:tc>
        <w:tc>
          <w:tcPr>
            <w:tcW w:type="dxa" w:w="1728"/>
          </w:tcPr>
          <w:p>
            <w:r>
              <w:t>Armin</w:t>
            </w:r>
          </w:p>
        </w:tc>
        <w:tc>
          <w:tcPr>
            <w:tcW w:type="dxa" w:w="1728"/>
          </w:tcPr>
          <w:p>
            <w:r>
              <w:t>Hoseinzadeh</w:t>
            </w:r>
          </w:p>
        </w:tc>
        <w:tc>
          <w:tcPr>
            <w:tcW w:type="dxa" w:w="1728"/>
          </w:tcPr>
          <w:p>
            <w:r>
              <w:t>hoseinzadeharmin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990*147*4*</w:t>
            </w:r>
          </w:p>
        </w:tc>
        <w:tc>
          <w:tcPr>
            <w:tcW w:type="dxa" w:w="1728"/>
          </w:tcPr>
          <w:p>
            <w:r>
              <w:t>دفتر مرکزی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90114977**</w:t>
            </w:r>
          </w:p>
        </w:tc>
        <w:tc>
          <w:tcPr>
            <w:tcW w:type="dxa" w:w="1728"/>
          </w:tcPr>
          <w:p>
            <w:r>
              <w:t>TRAVELENTER.COM</w:t>
            </w:r>
          </w:p>
        </w:tc>
        <w:tc>
          <w:tcPr>
            <w:tcW w:type="dxa" w:w="1728"/>
          </w:tcPr>
          <w:p>
            <w:r>
              <w:t>ADAKSAFAREPAYA</w:t>
            </w:r>
          </w:p>
        </w:tc>
        <w:tc>
          <w:tcPr>
            <w:tcW w:type="dxa" w:w="1728"/>
          </w:tcPr>
          <w:p>
            <w:r>
              <w:t>Adaksafar_shafiei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9217*3*4**</w:t>
            </w:r>
          </w:p>
        </w:tc>
        <w:tc>
          <w:tcPr>
            <w:tcW w:type="dxa" w:w="1728"/>
          </w:tcPr>
          <w:p>
            <w:r>
              <w:t>F S P tour 88992605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fsp_tour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922429**77</w:t>
            </w:r>
          </w:p>
        </w:tc>
        <w:tc>
          <w:tcPr>
            <w:tcW w:type="dxa" w:w="1728"/>
          </w:tcPr>
          <w:p>
            <w:r>
              <w:t>Hekatom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Hekatom_tour1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91219****1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Afifi .. site online tkt .. agatkt.com</w:t>
            </w:r>
          </w:p>
        </w:tc>
        <w:tc>
          <w:tcPr>
            <w:tcW w:type="dxa" w:w="1728"/>
          </w:tcPr>
          <w:p>
            <w:r>
              <w:t>mohammadafifi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9122*90929</w:t>
            </w:r>
          </w:p>
        </w:tc>
        <w:tc>
          <w:tcPr>
            <w:tcW w:type="dxa" w:w="1728"/>
          </w:tcPr>
          <w:p>
            <w:r>
              <w:t>Sadegh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jamshidi_sadegh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93*413*991</w:t>
            </w:r>
          </w:p>
        </w:tc>
        <w:tc>
          <w:tcPr>
            <w:tcW w:type="dxa" w:w="1728"/>
          </w:tcPr>
          <w:p>
            <w:r>
              <w:t>p</w:t>
            </w:r>
          </w:p>
        </w:tc>
        <w:tc>
          <w:tcPr>
            <w:tcW w:type="dxa" w:w="1728"/>
          </w:tcPr>
          <w:p>
            <w:r>
              <w:t>kh</w:t>
            </w:r>
          </w:p>
        </w:tc>
        <w:tc>
          <w:tcPr>
            <w:tcW w:type="dxa" w:w="1728"/>
          </w:tcPr>
          <w:p>
            <w:r>
              <w:t>Pkh64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9121491939</w:t>
            </w:r>
          </w:p>
        </w:tc>
        <w:tc>
          <w:tcPr>
            <w:tcW w:type="dxa" w:w="1728"/>
          </w:tcPr>
          <w:p>
            <w:r>
              <w:t>Bijan</w:t>
            </w:r>
          </w:p>
        </w:tc>
        <w:tc>
          <w:tcPr>
            <w:tcW w:type="dxa" w:w="1728"/>
          </w:tcPr>
          <w:p>
            <w:r>
              <w:t>Seifan</w:t>
            </w:r>
          </w:p>
        </w:tc>
        <w:tc>
          <w:tcPr>
            <w:tcW w:type="dxa" w:w="1728"/>
          </w:tcPr>
          <w:p>
            <w:r>
              <w:t>bijan_seifan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912433**39</w:t>
            </w:r>
          </w:p>
        </w:tc>
        <w:tc>
          <w:tcPr>
            <w:tcW w:type="dxa" w:w="1728"/>
          </w:tcPr>
          <w:p>
            <w:r>
              <w:t>Meisam</w:t>
            </w:r>
          </w:p>
        </w:tc>
        <w:tc>
          <w:tcPr>
            <w:tcW w:type="dxa" w:w="1728"/>
          </w:tcPr>
          <w:p>
            <w:r>
              <w:t>Abdolan</w:t>
            </w:r>
          </w:p>
        </w:tc>
        <w:tc>
          <w:tcPr>
            <w:tcW w:type="dxa" w:w="1728"/>
          </w:tcPr>
          <w:p>
            <w:r>
              <w:t>Meisam6485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9121471240</w:t>
            </w:r>
          </w:p>
        </w:tc>
        <w:tc>
          <w:tcPr>
            <w:tcW w:type="dxa" w:w="1728"/>
          </w:tcPr>
          <w:p>
            <w:r>
              <w:t>Nader</w:t>
            </w:r>
          </w:p>
        </w:tc>
        <w:tc>
          <w:tcPr>
            <w:tcW w:type="dxa" w:w="1728"/>
          </w:tcPr>
          <w:p>
            <w:r>
              <w:t>Adelinia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9197*19*71</w:t>
            </w:r>
          </w:p>
        </w:tc>
        <w:tc>
          <w:tcPr>
            <w:tcW w:type="dxa" w:w="1728"/>
          </w:tcPr>
          <w:p>
            <w:r>
              <w:t>ابرسپیدپارس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Sheyda_1993sa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91234*709*</w:t>
            </w:r>
          </w:p>
        </w:tc>
        <w:tc>
          <w:tcPr>
            <w:tcW w:type="dxa" w:w="1728"/>
          </w:tcPr>
          <w:p>
            <w:r>
              <w:t>Parisa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abrishamgashtreservation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933*9*4*31</w:t>
            </w:r>
          </w:p>
        </w:tc>
        <w:tc>
          <w:tcPr>
            <w:tcW w:type="dxa" w:w="1728"/>
          </w:tcPr>
          <w:p>
            <w:r>
              <w:t>آژانس هفت ستاره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92113*3*2*</w:t>
            </w:r>
          </w:p>
        </w:tc>
        <w:tc>
          <w:tcPr>
            <w:tcW w:type="dxa" w:w="1728"/>
          </w:tcPr>
          <w:p>
            <w:r>
              <w:t>sepanta parvaz</w:t>
            </w:r>
          </w:p>
        </w:tc>
        <w:tc>
          <w:tcPr>
            <w:tcW w:type="dxa" w:w="1728"/>
          </w:tcPr>
          <w:p>
            <w:r>
              <w:t>Agency</w:t>
            </w:r>
          </w:p>
        </w:tc>
        <w:tc>
          <w:tcPr>
            <w:tcW w:type="dxa" w:w="1728"/>
          </w:tcPr>
          <w:p>
            <w:r>
              <w:t>sepantaagency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92224227*1</w:t>
            </w:r>
          </w:p>
        </w:tc>
        <w:tc>
          <w:tcPr>
            <w:tcW w:type="dxa" w:w="1728"/>
          </w:tcPr>
          <w:p>
            <w:r>
              <w:t>vafa</w:t>
            </w:r>
          </w:p>
        </w:tc>
        <w:tc>
          <w:tcPr>
            <w:tcW w:type="dxa" w:w="1728"/>
          </w:tcPr>
          <w:p>
            <w:r>
              <w:t>sedigh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912*7*0049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Akhlaghi</w:t>
            </w:r>
          </w:p>
        </w:tc>
        <w:tc>
          <w:tcPr>
            <w:tcW w:type="dxa" w:w="1728"/>
          </w:tcPr>
          <w:p>
            <w:r>
              <w:t>Hotelgm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9231*9*943</w:t>
            </w:r>
          </w:p>
        </w:tc>
        <w:tc>
          <w:tcPr>
            <w:tcW w:type="dxa" w:w="1728"/>
          </w:tcPr>
          <w:p>
            <w:r>
              <w:t>Soosan</w:t>
            </w:r>
          </w:p>
        </w:tc>
        <w:tc>
          <w:tcPr>
            <w:tcW w:type="dxa" w:w="1728"/>
          </w:tcPr>
          <w:p>
            <w:r>
              <w:t>Ghasemi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937*70*4*4</w:t>
            </w:r>
          </w:p>
        </w:tc>
        <w:tc>
          <w:tcPr>
            <w:tcW w:type="dxa" w:w="1728"/>
          </w:tcPr>
          <w:p>
            <w:r>
              <w:t>─═हई╬MATIN╬ईह═─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flyfestival2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93*12**47*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Ahmadi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91231*7**4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Mirkamal</w:t>
            </w:r>
          </w:p>
        </w:tc>
        <w:tc>
          <w:tcPr>
            <w:tcW w:type="dxa" w:w="1728"/>
          </w:tcPr>
          <w:p>
            <w:r>
              <w:t>RezaMirkamal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91****339*</w:t>
            </w:r>
          </w:p>
        </w:tc>
        <w:tc>
          <w:tcPr>
            <w:tcW w:type="dxa" w:w="1728"/>
          </w:tcPr>
          <w:p>
            <w:r>
              <w:t>Parsis</w:t>
            </w:r>
          </w:p>
        </w:tc>
        <w:tc>
          <w:tcPr>
            <w:tcW w:type="dxa" w:w="1728"/>
          </w:tcPr>
          <w:p>
            <w:r>
              <w:t>Reservation</w:t>
            </w:r>
          </w:p>
        </w:tc>
        <w:tc>
          <w:tcPr>
            <w:tcW w:type="dxa" w:w="1728"/>
          </w:tcPr>
          <w:p>
            <w:r>
              <w:t>parsisreservation2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9121231902</w:t>
            </w:r>
          </w:p>
        </w:tc>
        <w:tc>
          <w:tcPr>
            <w:tcW w:type="dxa" w:w="1728"/>
          </w:tcPr>
          <w:p>
            <w:r>
              <w:t>Elahe</w:t>
            </w:r>
          </w:p>
        </w:tc>
        <w:tc>
          <w:tcPr>
            <w:tcW w:type="dxa" w:w="1728"/>
          </w:tcPr>
          <w:p>
            <w:r>
              <w:t>khandan</w:t>
            </w:r>
          </w:p>
        </w:tc>
        <w:tc>
          <w:tcPr>
            <w:tcW w:type="dxa" w:w="1728"/>
          </w:tcPr>
          <w:p>
            <w:r>
              <w:t>elahekhandan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933*9**17*</w:t>
            </w:r>
          </w:p>
        </w:tc>
        <w:tc>
          <w:tcPr>
            <w:tcW w:type="dxa" w:w="1728"/>
          </w:tcPr>
          <w:p>
            <w:r>
              <w:t>ستاره7</w:t>
            </w:r>
          </w:p>
        </w:tc>
        <w:tc>
          <w:tcPr>
            <w:tcW w:type="dxa" w:w="1728"/>
          </w:tcPr>
          <w:p>
            <w:r>
              <w:t>26401000</w:t>
            </w:r>
          </w:p>
        </w:tc>
        <w:tc>
          <w:tcPr>
            <w:tcW w:type="dxa" w:w="1728"/>
          </w:tcPr>
          <w:p>
            <w:r>
              <w:t>Haftsetareh_online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912*190140</w:t>
            </w:r>
          </w:p>
        </w:tc>
        <w:tc>
          <w:tcPr>
            <w:tcW w:type="dxa" w:w="1728"/>
          </w:tcPr>
          <w:p>
            <w:r>
              <w:t>Pourya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pouriasarabandi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913*44*43*</w:t>
            </w:r>
          </w:p>
        </w:tc>
        <w:tc>
          <w:tcPr>
            <w:tcW w:type="dxa" w:w="1728"/>
          </w:tcPr>
          <w:p>
            <w:r>
              <w:t>M.C.STAR</w:t>
            </w:r>
          </w:p>
        </w:tc>
        <w:tc>
          <w:tcPr>
            <w:tcW w:type="dxa" w:w="1728"/>
          </w:tcPr>
          <w:p>
            <w:r>
              <w:t>Seni seviyorum</w:t>
            </w:r>
          </w:p>
        </w:tc>
        <w:tc>
          <w:tcPr>
            <w:tcW w:type="dxa" w:w="1728"/>
          </w:tcPr>
          <w:p>
            <w:r>
              <w:t>senyseviyorum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93397*99*0</w:t>
            </w:r>
          </w:p>
        </w:tc>
        <w:tc>
          <w:tcPr>
            <w:tcW w:type="dxa" w:w="1728"/>
          </w:tcPr>
          <w:p>
            <w:r>
              <w:t>Sepideh Inanloo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sepideh_inanloo_agency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90*2079*4*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Sana_Pormor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9199*1009*</w:t>
            </w:r>
          </w:p>
        </w:tc>
        <w:tc>
          <w:tcPr>
            <w:tcW w:type="dxa" w:w="1728"/>
          </w:tcPr>
          <w:p>
            <w:r>
              <w:t>Radman</w:t>
            </w:r>
          </w:p>
        </w:tc>
        <w:tc>
          <w:tcPr>
            <w:tcW w:type="dxa" w:w="1728"/>
          </w:tcPr>
          <w:p>
            <w:r>
              <w:t>Travel agency</w:t>
            </w:r>
          </w:p>
        </w:tc>
        <w:tc>
          <w:tcPr>
            <w:tcW w:type="dxa" w:w="1728"/>
          </w:tcPr>
          <w:p>
            <w:r>
              <w:t>radman_travel_agency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912144*07*</w:t>
            </w:r>
          </w:p>
        </w:tc>
        <w:tc>
          <w:tcPr>
            <w:tcW w:type="dxa" w:w="1728"/>
          </w:tcPr>
          <w:p>
            <w:r>
              <w:t>ghodratolah</w:t>
            </w:r>
          </w:p>
        </w:tc>
        <w:tc>
          <w:tcPr>
            <w:tcW w:type="dxa" w:w="1728"/>
          </w:tcPr>
          <w:p>
            <w:r>
              <w:t>amiri</w:t>
            </w:r>
          </w:p>
        </w:tc>
        <w:tc>
          <w:tcPr>
            <w:tcW w:type="dxa" w:w="1728"/>
          </w:tcPr>
          <w:p>
            <w:r>
              <w:t>ghodratollahamiri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91007*0910</w:t>
            </w:r>
          </w:p>
        </w:tc>
        <w:tc>
          <w:tcPr>
            <w:tcW w:type="dxa" w:w="1728"/>
          </w:tcPr>
          <w:p>
            <w:r>
              <w:t>Behshad Gasht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behshadgasht2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93*099*747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ALIKASHANI74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93*171*22*</w:t>
            </w:r>
          </w:p>
        </w:tc>
        <w:tc>
          <w:tcPr>
            <w:tcW w:type="dxa" w:w="1728"/>
          </w:tcPr>
          <w:p>
            <w:r>
              <w:t>Samira morovati niayesh seir (tailwind)dakheli 103 &amp;107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samir_103_107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90*17**41*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Ayda_FaraManesh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910*749**4</w:t>
            </w:r>
          </w:p>
        </w:tc>
        <w:tc>
          <w:tcPr>
            <w:tcW w:type="dxa" w:w="1728"/>
          </w:tcPr>
          <w:p>
            <w:r>
              <w:t>pouyan.xiyavi</w:t>
            </w:r>
          </w:p>
        </w:tc>
        <w:tc>
          <w:tcPr>
            <w:tcW w:type="dxa" w:w="1728"/>
          </w:tcPr>
          <w:p>
            <w:r>
              <w:t>madaktorgasht.01</w:t>
            </w:r>
          </w:p>
        </w:tc>
        <w:tc>
          <w:tcPr>
            <w:tcW w:type="dxa" w:w="1728"/>
          </w:tcPr>
          <w:p>
            <w:r>
              <w:t>Madaktorgasht01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912*937*22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T</w:t>
            </w:r>
          </w:p>
        </w:tc>
        <w:tc>
          <w:tcPr>
            <w:tcW w:type="dxa" w:w="1728"/>
          </w:tcPr>
          <w:p>
            <w:r>
              <w:t>Htafreshi23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9911**790*</w:t>
            </w:r>
          </w:p>
        </w:tc>
        <w:tc>
          <w:tcPr>
            <w:tcW w:type="dxa" w:w="1728"/>
          </w:tcPr>
          <w:p>
            <w:r>
              <w:t>niki</w:t>
            </w:r>
          </w:p>
        </w:tc>
        <w:tc>
          <w:tcPr>
            <w:tcW w:type="dxa" w:w="1728"/>
          </w:tcPr>
          <w:p>
            <w:r>
              <w:t>karimi</w:t>
            </w:r>
          </w:p>
        </w:tc>
        <w:tc>
          <w:tcPr>
            <w:tcW w:type="dxa" w:w="1728"/>
          </w:tcPr>
          <w:p>
            <w:r>
              <w:t>nikikarimii0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91017*114*</w:t>
            </w:r>
          </w:p>
        </w:tc>
        <w:tc>
          <w:tcPr>
            <w:tcW w:type="dxa" w:w="1728"/>
          </w:tcPr>
          <w:p>
            <w:r>
              <w:t>Reza norouzi</w:t>
            </w:r>
          </w:p>
        </w:tc>
        <w:tc>
          <w:tcPr>
            <w:tcW w:type="dxa" w:w="1728"/>
          </w:tcPr>
          <w:p>
            <w:r>
              <w:t>turkiye reservasion</w:t>
            </w:r>
          </w:p>
        </w:tc>
        <w:tc>
          <w:tcPr>
            <w:tcW w:type="dxa" w:w="1728"/>
          </w:tcPr>
          <w:p>
            <w:r>
              <w:t>Ariyabooking1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93*27*4713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93***290**</w:t>
            </w:r>
          </w:p>
        </w:tc>
        <w:tc>
          <w:tcPr>
            <w:tcW w:type="dxa" w:w="1728"/>
          </w:tcPr>
          <w:p>
            <w:r>
              <w:t>Kimia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912*9*24*4</w:t>
            </w:r>
          </w:p>
        </w:tc>
        <w:tc>
          <w:tcPr>
            <w:tcW w:type="dxa" w:w="1728"/>
          </w:tcPr>
          <w:p>
            <w:r>
              <w:t>Farsian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gitiaramanager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921*177*12</w:t>
            </w:r>
          </w:p>
        </w:tc>
        <w:tc>
          <w:tcPr>
            <w:tcW w:type="dxa" w:w="1728"/>
          </w:tcPr>
          <w:p>
            <w:r>
              <w:t>Ахмад</w:t>
            </w:r>
          </w:p>
        </w:tc>
        <w:tc>
          <w:tcPr>
            <w:tcW w:type="dxa" w:w="1728"/>
          </w:tcPr>
          <w:p>
            <w:r>
              <w:t>Дэхкани</w:t>
            </w:r>
          </w:p>
        </w:tc>
        <w:tc>
          <w:tcPr>
            <w:tcW w:type="dxa" w:w="1728"/>
          </w:tcPr>
          <w:p>
            <w:r>
              <w:t>Ahmad4563716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9123*3***3</w:t>
            </w:r>
          </w:p>
        </w:tc>
        <w:tc>
          <w:tcPr>
            <w:tcW w:type="dxa" w:w="1728"/>
          </w:tcPr>
          <w:p>
            <w:r>
              <w:t>Saeid zarini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saeidzarrini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930302*4**</w:t>
            </w:r>
          </w:p>
        </w:tc>
        <w:tc>
          <w:tcPr>
            <w:tcW w:type="dxa" w:w="1728"/>
          </w:tcPr>
          <w:p>
            <w:r>
              <w:t>Travel ✈️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Travel12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939173*370</w:t>
            </w:r>
          </w:p>
        </w:tc>
        <w:tc>
          <w:tcPr>
            <w:tcW w:type="dxa" w:w="1728"/>
          </w:tcPr>
          <w:p>
            <w:r>
              <w:t>Azarm</w:t>
            </w:r>
          </w:p>
        </w:tc>
        <w:tc>
          <w:tcPr>
            <w:tcW w:type="dxa" w:w="1728"/>
          </w:tcPr>
          <w:p>
            <w:r>
              <w:t>Vaziri</w:t>
            </w:r>
          </w:p>
        </w:tc>
        <w:tc>
          <w:tcPr>
            <w:tcW w:type="dxa" w:w="1728"/>
          </w:tcPr>
          <w:p>
            <w:r>
              <w:t>azarmvaziri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9191993*92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hosein</w:t>
            </w:r>
          </w:p>
        </w:tc>
        <w:tc>
          <w:tcPr>
            <w:tcW w:type="dxa" w:w="1728"/>
          </w:tcPr>
          <w:p>
            <w:r>
              <w:t>Mhbb5777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91273392**</w:t>
            </w:r>
          </w:p>
        </w:tc>
        <w:tc>
          <w:tcPr>
            <w:tcW w:type="dxa" w:w="1728"/>
          </w:tcPr>
          <w:p>
            <w:r>
              <w:t>Mustafa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mustafadxb9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912240**7*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Alika678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9391004323</w:t>
            </w:r>
          </w:p>
        </w:tc>
        <w:tc>
          <w:tcPr>
            <w:tcW w:type="dxa" w:w="1728"/>
          </w:tcPr>
          <w:p>
            <w:r>
              <w:t>Mohammadreza</w:t>
            </w:r>
          </w:p>
        </w:tc>
        <w:tc>
          <w:tcPr>
            <w:tcW w:type="dxa" w:w="1728"/>
          </w:tcPr>
          <w:p>
            <w:r>
              <w:t>javadi</w:t>
            </w:r>
          </w:p>
        </w:tc>
        <w:tc>
          <w:tcPr>
            <w:tcW w:type="dxa" w:w="1728"/>
          </w:tcPr>
          <w:p>
            <w:r>
              <w:t>mohammadreza0939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  <w:tr>
        <w:tc>
          <w:tcPr>
            <w:tcW w:type="dxa" w:w="1728"/>
          </w:tcPr>
          <w:p>
            <w:r>
              <w:t>93*7997*7*</w:t>
            </w:r>
          </w:p>
        </w:tc>
        <w:tc>
          <w:tcPr>
            <w:tcW w:type="dxa" w:w="1728"/>
          </w:tcPr>
          <w:p>
            <w:r>
              <w:t>Iman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TRAVELEXadmin</w:t>
            </w:r>
          </w:p>
        </w:tc>
        <w:tc>
          <w:tcPr>
            <w:tcW w:type="dxa" w:w="1728"/>
          </w:tcPr>
          <w:p>
            <w:r>
              <w:t>Digital Travel Agency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Digital Travel Agency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