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DevOps Discussions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DevOps Discussions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912*7092*9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Gholizade</w:t>
            </w:r>
          </w:p>
        </w:tc>
        <w:tc>
          <w:tcPr>
            <w:tcW w:type="dxa" w:w="1728"/>
          </w:tcPr>
          <w:p>
            <w:r>
              <w:t>Reza_gholizade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9129271*97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alireza0amohamadi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93322**7**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>
              <w:t>Yousefi</w:t>
            </w:r>
          </w:p>
        </w:tc>
        <w:tc>
          <w:tcPr>
            <w:tcW w:type="dxa" w:w="1728"/>
          </w:tcPr>
          <w:p>
            <w:r>
              <w:t>erfanyousefii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93*32*4917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Ajorloo</w:t>
            </w:r>
          </w:p>
        </w:tc>
        <w:tc>
          <w:tcPr>
            <w:tcW w:type="dxa" w:w="1728"/>
          </w:tcPr>
          <w:p>
            <w:r>
              <w:t>vahid3200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91091241*2</w:t>
            </w:r>
          </w:p>
        </w:tc>
        <w:tc>
          <w:tcPr>
            <w:tcW w:type="dxa" w:w="1728"/>
          </w:tcPr>
          <w:p>
            <w:r>
              <w:t>Atiyeh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AtiMatimio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912*992***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Abedini</w:t>
            </w:r>
          </w:p>
        </w:tc>
        <w:tc>
          <w:tcPr>
            <w:tcW w:type="dxa" w:w="1728"/>
          </w:tcPr>
          <w:p>
            <w:r>
              <w:t>goldsun987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912*034*9*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HamidRGholipour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9197**2409</w:t>
            </w:r>
          </w:p>
        </w:tc>
        <w:tc>
          <w:tcPr>
            <w:tcW w:type="dxa" w:w="1728"/>
          </w:tcPr>
          <w:p>
            <w:r>
              <w:t>Mirza Σλθ 🧙‍♂️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INVOXES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9123*4079*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A600812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919*13*320</w:t>
            </w:r>
          </w:p>
        </w:tc>
        <w:tc>
          <w:tcPr>
            <w:tcW w:type="dxa" w:w="1728"/>
          </w:tcPr>
          <w:p>
            <w:r>
              <w:t>Mahmood</w:t>
            </w:r>
          </w:p>
        </w:tc>
        <w:tc>
          <w:tcPr>
            <w:tcW w:type="dxa" w:w="1728"/>
          </w:tcPr>
          <w:p>
            <w:r>
              <w:t>AliArab</w:t>
            </w:r>
          </w:p>
        </w:tc>
        <w:tc>
          <w:tcPr>
            <w:tcW w:type="dxa" w:w="1728"/>
          </w:tcPr>
          <w:p>
            <w:r>
              <w:t>Mahmoud_aliarab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93**310247</w:t>
            </w:r>
          </w:p>
        </w:tc>
        <w:tc>
          <w:tcPr>
            <w:tcW w:type="dxa" w:w="1728"/>
          </w:tcPr>
          <w:p>
            <w:r>
              <w:t>vahiiid</w:t>
            </w:r>
          </w:p>
        </w:tc>
        <w:tc>
          <w:tcPr>
            <w:tcW w:type="dxa" w:w="1728"/>
          </w:tcPr>
          <w:p>
            <w:r>
              <w:t>jahedi fard</w:t>
            </w:r>
          </w:p>
        </w:tc>
        <w:tc>
          <w:tcPr>
            <w:tcW w:type="dxa" w:w="1728"/>
          </w:tcPr>
          <w:p>
            <w:r>
              <w:t>vaaahiiiidddd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902*1371**</w:t>
            </w:r>
          </w:p>
        </w:tc>
        <w:tc>
          <w:tcPr>
            <w:tcW w:type="dxa" w:w="1728"/>
          </w:tcPr>
          <w:p>
            <w:r>
              <w:t>Maral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Maralazizahi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912473*2*7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Maghsoudi</w:t>
            </w:r>
          </w:p>
        </w:tc>
        <w:tc>
          <w:tcPr>
            <w:tcW w:type="dxa" w:w="1728"/>
          </w:tcPr>
          <w:p>
            <w:r>
              <w:t>masoudmaghsoudi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91**1**4**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sajadi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9129274*99</w:t>
            </w:r>
          </w:p>
        </w:tc>
        <w:tc>
          <w:tcPr>
            <w:tcW w:type="dxa" w:w="1728"/>
          </w:tcPr>
          <w:p>
            <w:r>
              <w:t>K1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Keyvantel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93*497****</w:t>
            </w:r>
          </w:p>
        </w:tc>
        <w:tc>
          <w:tcPr>
            <w:tcW w:type="dxa" w:w="1728"/>
          </w:tcPr>
          <w:p>
            <w:r>
              <w:t>Hirad 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Hirad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91*414*240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abalfazl1104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93*3*29*4*</w:t>
            </w:r>
          </w:p>
        </w:tc>
        <w:tc>
          <w:tcPr>
            <w:tcW w:type="dxa" w:w="1728"/>
          </w:tcPr>
          <w:p>
            <w:r>
              <w:t>Danial Samadi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SMD_DAN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93*3*0**97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Meshkini</w:t>
            </w:r>
          </w:p>
        </w:tc>
        <w:tc>
          <w:tcPr>
            <w:tcW w:type="dxa" w:w="1728"/>
          </w:tcPr>
          <w:p>
            <w:r>
              <w:t>MohsenMeshkini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91240*1*30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pourabed</w:t>
            </w:r>
          </w:p>
        </w:tc>
        <w:tc>
          <w:tcPr>
            <w:tcW w:type="dxa" w:w="1728"/>
          </w:tcPr>
          <w:p>
            <w:r>
              <w:t>Hamid169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917*1*7*73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>
              <w:t>Khalilfar</w:t>
            </w:r>
          </w:p>
        </w:tc>
        <w:tc>
          <w:tcPr>
            <w:tcW w:type="dxa" w:w="1728"/>
          </w:tcPr>
          <w:p>
            <w:r>
              <w:t>livebits1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9123147*3*</w:t>
            </w:r>
          </w:p>
        </w:tc>
        <w:tc>
          <w:tcPr>
            <w:tcW w:type="dxa" w:w="1728"/>
          </w:tcPr>
          <w:p>
            <w:r>
              <w:t>سید محمد</w:t>
            </w:r>
          </w:p>
        </w:tc>
        <w:tc>
          <w:tcPr>
            <w:tcW w:type="dxa" w:w="1728"/>
          </w:tcPr>
          <w:p>
            <w:r>
              <w:t>آل احمد</w:t>
            </w:r>
          </w:p>
        </w:tc>
        <w:tc>
          <w:tcPr>
            <w:tcW w:type="dxa" w:w="1728"/>
          </w:tcPr>
          <w:p>
            <w:r>
              <w:t>aleahmad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9034021302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Dalir</w:t>
            </w:r>
          </w:p>
        </w:tc>
        <w:tc>
          <w:tcPr>
            <w:tcW w:type="dxa" w:w="1728"/>
          </w:tcPr>
          <w:p>
            <w:r>
              <w:t>Alireza_Dalir1994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9122494**1</w:t>
            </w:r>
          </w:p>
        </w:tc>
        <w:tc>
          <w:tcPr>
            <w:tcW w:type="dxa" w:w="1728"/>
          </w:tcPr>
          <w:p>
            <w:r>
              <w:t>Narges</w:t>
            </w:r>
          </w:p>
        </w:tc>
        <w:tc>
          <w:tcPr>
            <w:tcW w:type="dxa" w:w="1728"/>
          </w:tcPr>
          <w:p>
            <w:r>
              <w:t>Soltani</w:t>
            </w:r>
          </w:p>
        </w:tc>
        <w:tc>
          <w:tcPr>
            <w:tcW w:type="dxa" w:w="1728"/>
          </w:tcPr>
          <w:p>
            <w:r>
              <w:t>Narges_soltani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93**239074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Azad</w:t>
            </w:r>
          </w:p>
        </w:tc>
        <w:tc>
          <w:tcPr>
            <w:tcW w:type="dxa" w:w="1728"/>
          </w:tcPr>
          <w:p>
            <w:r>
              <w:t>Hazdl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912*4134**</w:t>
            </w:r>
          </w:p>
        </w:tc>
        <w:tc>
          <w:tcPr>
            <w:tcW w:type="dxa" w:w="1728"/>
          </w:tcPr>
          <w:p>
            <w:r>
              <w:t>Meysam</w:t>
            </w:r>
          </w:p>
        </w:tc>
        <w:tc>
          <w:tcPr>
            <w:tcW w:type="dxa" w:w="1728"/>
          </w:tcPr>
          <w:p>
            <w:r>
              <w:t>Javadi</w:t>
            </w:r>
          </w:p>
        </w:tc>
        <w:tc>
          <w:tcPr>
            <w:tcW w:type="dxa" w:w="1728"/>
          </w:tcPr>
          <w:p>
            <w:r>
              <w:t>meysamjavaadi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93*****7*3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rezgp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917294*372</w:t>
            </w:r>
          </w:p>
        </w:tc>
        <w:tc>
          <w:tcPr>
            <w:tcW w:type="dxa" w:w="1728"/>
          </w:tcPr>
          <w:p>
            <w:r>
              <w:t>I dont know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sepifa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93902*1347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پارسائیان</w:t>
            </w:r>
          </w:p>
        </w:tc>
        <w:tc>
          <w:tcPr>
            <w:tcW w:type="dxa" w:w="1728"/>
          </w:tcPr>
          <w:p>
            <w:r>
              <w:t>mahdiparsa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913023*277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TeMesus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91009*4947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Sina_9163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9011030*4*</w:t>
            </w:r>
          </w:p>
        </w:tc>
        <w:tc>
          <w:tcPr>
            <w:tcW w:type="dxa" w:w="1728"/>
          </w:tcPr>
          <w:p>
            <w:r>
              <w:t>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EngKai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937*2910*9</w:t>
            </w:r>
          </w:p>
        </w:tc>
        <w:tc>
          <w:tcPr>
            <w:tcW w:type="dxa" w:w="1728"/>
          </w:tcPr>
          <w:p>
            <w:r>
              <w:t>Hosain</w:t>
            </w:r>
          </w:p>
        </w:tc>
        <w:tc>
          <w:tcPr>
            <w:tcW w:type="dxa" w:w="1728"/>
          </w:tcPr>
          <w:p>
            <w:r>
              <w:t>Masoudi</w:t>
            </w:r>
          </w:p>
        </w:tc>
        <w:tc>
          <w:tcPr>
            <w:tcW w:type="dxa" w:w="1728"/>
          </w:tcPr>
          <w:p>
            <w:r>
              <w:t>Hossein52Hz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91*412*711</w:t>
            </w:r>
          </w:p>
        </w:tc>
        <w:tc>
          <w:tcPr>
            <w:tcW w:type="dxa" w:w="1728"/>
          </w:tcPr>
          <w:p>
            <w:r>
              <w:t>Amirhosein</w:t>
            </w:r>
          </w:p>
        </w:tc>
        <w:tc>
          <w:tcPr>
            <w:tcW w:type="dxa" w:w="1728"/>
          </w:tcPr>
          <w:p>
            <w:r>
              <w:t>Memarian</w:t>
            </w:r>
          </w:p>
        </w:tc>
        <w:tc>
          <w:tcPr>
            <w:tcW w:type="dxa" w:w="1728"/>
          </w:tcPr>
          <w:p>
            <w:r>
              <w:t>amirhoseinmrn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939977*404</w:t>
            </w:r>
          </w:p>
        </w:tc>
        <w:tc>
          <w:tcPr>
            <w:tcW w:type="dxa" w:w="1728"/>
          </w:tcPr>
          <w:p>
            <w:r>
              <w:t>Minoo</w:t>
            </w:r>
          </w:p>
        </w:tc>
        <w:tc>
          <w:tcPr>
            <w:tcW w:type="dxa" w:w="1728"/>
          </w:tcPr>
          <w:p>
            <w:r>
              <w:t>Alimohammadi</w:t>
            </w:r>
          </w:p>
        </w:tc>
        <w:tc>
          <w:tcPr>
            <w:tcW w:type="dxa" w:w="1728"/>
          </w:tcPr>
          <w:p>
            <w:r>
              <w:t>MinooAlimohammadi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91**044729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Fazeli</w:t>
            </w:r>
          </w:p>
        </w:tc>
        <w:tc>
          <w:tcPr>
            <w:tcW w:type="dxa" w:w="1728"/>
          </w:tcPr>
          <w:p>
            <w:r>
              <w:t>bozztar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90173*2299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Sina_hormozi_696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91**17*233</w:t>
            </w:r>
          </w:p>
        </w:tc>
        <w:tc>
          <w:tcPr>
            <w:tcW w:type="dxa" w:w="1728"/>
          </w:tcPr>
          <w:p>
            <w:r>
              <w:t>Mohammad Mahdi</w:t>
            </w:r>
          </w:p>
        </w:tc>
        <w:tc>
          <w:tcPr>
            <w:tcW w:type="dxa" w:w="1728"/>
          </w:tcPr>
          <w:p>
            <w:r>
              <w:t>Seraj</w:t>
            </w:r>
          </w:p>
        </w:tc>
        <w:tc>
          <w:tcPr>
            <w:tcW w:type="dxa" w:w="1728"/>
          </w:tcPr>
          <w:p>
            <w:r>
              <w:t>ActiveDev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912*330*42</w:t>
            </w:r>
          </w:p>
        </w:tc>
        <w:tc>
          <w:tcPr>
            <w:tcW w:type="dxa" w:w="1728"/>
          </w:tcPr>
          <w:p>
            <w:r>
              <w:t>هادی</w:t>
            </w:r>
          </w:p>
        </w:tc>
        <w:tc>
          <w:tcPr>
            <w:tcW w:type="dxa" w:w="1728"/>
          </w:tcPr>
          <w:p>
            <w:r>
              <w:t>سالاری</w:t>
            </w:r>
          </w:p>
        </w:tc>
        <w:tc>
          <w:tcPr>
            <w:tcW w:type="dxa" w:w="1728"/>
          </w:tcPr>
          <w:p>
            <w:r>
              <w:t>Hadisalari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91220*993*</w:t>
            </w:r>
          </w:p>
        </w:tc>
        <w:tc>
          <w:tcPr>
            <w:tcW w:type="dxa" w:w="1728"/>
          </w:tcPr>
          <w:p>
            <w:r>
              <w:t>M@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TRY_TO_GET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9120034314</w:t>
            </w:r>
          </w:p>
        </w:tc>
        <w:tc>
          <w:tcPr>
            <w:tcW w:type="dxa" w:w="1728"/>
          </w:tcPr>
          <w:p>
            <w:r>
              <w:t>Mhdyr</w:t>
            </w:r>
          </w:p>
        </w:tc>
        <w:tc>
          <w:tcPr>
            <w:tcW w:type="dxa" w:w="1728"/>
          </w:tcPr>
          <w:p>
            <w:r>
              <w:t>Moradi</w:t>
            </w:r>
          </w:p>
        </w:tc>
        <w:tc>
          <w:tcPr>
            <w:tcW w:type="dxa" w:w="1728"/>
          </w:tcPr>
          <w:p>
            <w:r>
              <w:t>MhdyrMrd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912*7*9*0*</w:t>
            </w:r>
          </w:p>
        </w:tc>
        <w:tc>
          <w:tcPr>
            <w:tcW w:type="dxa" w:w="1728"/>
          </w:tcPr>
          <w:p>
            <w:r>
              <w:t>Mahmoudi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Takaghaj110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93***001*7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Ali_Reza_Farahani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913***7**7</w:t>
            </w:r>
          </w:p>
        </w:tc>
        <w:tc>
          <w:tcPr>
            <w:tcW w:type="dxa" w:w="1728"/>
          </w:tcPr>
          <w:p>
            <w:r>
              <w:t>Samira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sami17711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93*4797341</w:t>
            </w:r>
          </w:p>
        </w:tc>
        <w:tc>
          <w:tcPr>
            <w:tcW w:type="dxa" w:w="1728"/>
          </w:tcPr>
          <w:p>
            <w:r>
              <w:t>Pedram</w:t>
            </w:r>
          </w:p>
        </w:tc>
        <w:tc>
          <w:tcPr>
            <w:tcW w:type="dxa" w:w="1728"/>
          </w:tcPr>
          <w:p>
            <w:r>
              <w:t>A. Ardakani</w:t>
            </w:r>
          </w:p>
        </w:tc>
        <w:tc>
          <w:tcPr>
            <w:tcW w:type="dxa" w:w="1728"/>
          </w:tcPr>
          <w:p>
            <w:r>
              <w:t>pedramardakani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9124230124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AhmadMalekiha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9301377**7</w:t>
            </w:r>
          </w:p>
        </w:tc>
        <w:tc>
          <w:tcPr>
            <w:tcW w:type="dxa" w:w="1728"/>
          </w:tcPr>
          <w:p>
            <w:r>
              <w:t>Haamim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Haamim27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933443*3**</w:t>
            </w:r>
          </w:p>
        </w:tc>
        <w:tc>
          <w:tcPr>
            <w:tcW w:type="dxa" w:w="1728"/>
          </w:tcPr>
          <w:p>
            <w:r>
              <w:t>B_ghafari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b_ghafari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9127313*21</w:t>
            </w:r>
          </w:p>
        </w:tc>
        <w:tc>
          <w:tcPr>
            <w:tcW w:type="dxa" w:w="1728"/>
          </w:tcPr>
          <w:p>
            <w:r>
              <w:t>Mt</w:t>
            </w:r>
          </w:p>
        </w:tc>
        <w:tc>
          <w:tcPr>
            <w:tcW w:type="dxa" w:w="1728"/>
          </w:tcPr>
          <w:p>
            <w:r>
              <w:t>Kia</w:t>
            </w:r>
          </w:p>
        </w:tc>
        <w:tc>
          <w:tcPr>
            <w:tcW w:type="dxa" w:w="1728"/>
          </w:tcPr>
          <w:p>
            <w:r>
              <w:t>aiktom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939200*1**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nimah24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93****22*7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Paryan</w:t>
            </w:r>
          </w:p>
        </w:tc>
        <w:tc>
          <w:tcPr>
            <w:tcW w:type="dxa" w:w="1728"/>
          </w:tcPr>
          <w:p>
            <w:r>
              <w:t>Saeed_Paryan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93**1*2*0*</w:t>
            </w:r>
          </w:p>
        </w:tc>
        <w:tc>
          <w:tcPr>
            <w:tcW w:type="dxa" w:w="1728"/>
          </w:tcPr>
          <w:p>
            <w:r>
              <w:t>MahBar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Mahan63839399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912*3*4397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Jalalian</w:t>
            </w:r>
          </w:p>
        </w:tc>
        <w:tc>
          <w:tcPr>
            <w:tcW w:type="dxa" w:w="1728"/>
          </w:tcPr>
          <w:p>
            <w:r>
              <w:t>mohsen_jalalian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93*412**1*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AmiiimA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914**9**01</w:t>
            </w:r>
          </w:p>
        </w:tc>
        <w:tc>
          <w:tcPr>
            <w:tcW w:type="dxa" w:w="1728"/>
          </w:tcPr>
          <w:p>
            <w:r>
              <w:t>Mammad Mehdi</w:t>
            </w:r>
          </w:p>
        </w:tc>
        <w:tc>
          <w:tcPr>
            <w:tcW w:type="dxa" w:w="1728"/>
          </w:tcPr>
          <w:p>
            <w:r>
              <w:t>Molaei</w:t>
            </w:r>
          </w:p>
        </w:tc>
        <w:tc>
          <w:tcPr>
            <w:tcW w:type="dxa" w:w="1728"/>
          </w:tcPr>
          <w:p>
            <w:r>
              <w:t>Triplem2000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91****0047</w:t>
            </w:r>
          </w:p>
        </w:tc>
        <w:tc>
          <w:tcPr>
            <w:tcW w:type="dxa" w:w="1728"/>
          </w:tcPr>
          <w:p>
            <w:r>
              <w:t>hussein</w:t>
            </w:r>
          </w:p>
        </w:tc>
        <w:tc>
          <w:tcPr>
            <w:tcW w:type="dxa" w:w="1728"/>
          </w:tcPr>
          <w:p>
            <w:r>
              <w:t>rostami</w:t>
            </w:r>
          </w:p>
        </w:tc>
        <w:tc>
          <w:tcPr>
            <w:tcW w:type="dxa" w:w="1728"/>
          </w:tcPr>
          <w:p>
            <w:r>
              <w:t>hsrostami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91242*20*7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mohammadtrd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991071320*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Zia</w:t>
            </w:r>
          </w:p>
        </w:tc>
        <w:tc>
          <w:tcPr>
            <w:tcW w:type="dxa" w:w="1728"/>
          </w:tcPr>
          <w:p>
            <w:r>
              <w:t>AliZiaRazzaz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93730013*2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>
              <w:t>Maleki</w:t>
            </w:r>
          </w:p>
        </w:tc>
        <w:tc>
          <w:tcPr>
            <w:tcW w:type="dxa" w:w="1728"/>
          </w:tcPr>
          <w:p>
            <w:r>
              <w:t>jsinamaleki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937*04**1*</w:t>
            </w:r>
          </w:p>
        </w:tc>
        <w:tc>
          <w:tcPr>
            <w:tcW w:type="dxa" w:w="1728"/>
          </w:tcPr>
          <w:p>
            <w:r>
              <w:t>Ghazal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ghazalvv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93*01*2*14</w:t>
            </w:r>
          </w:p>
        </w:tc>
        <w:tc>
          <w:tcPr>
            <w:tcW w:type="dxa" w:w="1728"/>
          </w:tcPr>
          <w:p>
            <w:r>
              <w:t>Behnam</w:t>
            </w:r>
          </w:p>
        </w:tc>
        <w:tc>
          <w:tcPr>
            <w:tcW w:type="dxa" w:w="1728"/>
          </w:tcPr>
          <w:p>
            <w:r>
              <w:t>YZP</w:t>
            </w:r>
          </w:p>
        </w:tc>
        <w:tc>
          <w:tcPr>
            <w:tcW w:type="dxa" w:w="1728"/>
          </w:tcPr>
          <w:p>
            <w:r>
              <w:t>behnamyzp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9101*2*4*2</w:t>
            </w:r>
          </w:p>
        </w:tc>
        <w:tc>
          <w:tcPr>
            <w:tcW w:type="dxa" w:w="1728"/>
          </w:tcPr>
          <w:p>
            <w:r>
              <w:t>یاس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yas69133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91272*432*</w:t>
            </w:r>
          </w:p>
        </w:tc>
        <w:tc>
          <w:tcPr>
            <w:tcW w:type="dxa" w:w="1728"/>
          </w:tcPr>
          <w:p>
            <w:r>
              <w:t>Hesam</w:t>
            </w:r>
          </w:p>
        </w:tc>
        <w:tc>
          <w:tcPr>
            <w:tcW w:type="dxa" w:w="1728"/>
          </w:tcPr>
          <w:p>
            <w:r>
              <w:t>Shirin</w:t>
            </w:r>
          </w:p>
        </w:tc>
        <w:tc>
          <w:tcPr>
            <w:tcW w:type="dxa" w:w="1728"/>
          </w:tcPr>
          <w:p>
            <w:r>
              <w:t>hmsrn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93*4**9*14</w:t>
            </w:r>
          </w:p>
        </w:tc>
        <w:tc>
          <w:tcPr>
            <w:tcW w:type="dxa" w:w="1728"/>
          </w:tcPr>
          <w:p>
            <w:r>
              <w:t>Moh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mohammad_mohammad_yaser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91202*9***</w:t>
            </w:r>
          </w:p>
        </w:tc>
        <w:tc>
          <w:tcPr>
            <w:tcW w:type="dxa" w:w="1728"/>
          </w:tcPr>
          <w:p>
            <w:r>
              <w:t>GTI6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WolfGTI6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9339477*94</w:t>
            </w:r>
          </w:p>
        </w:tc>
        <w:tc>
          <w:tcPr>
            <w:tcW w:type="dxa" w:w="1728"/>
          </w:tcPr>
          <w:p>
            <w:r>
              <w:t>Sajad</w:t>
            </w:r>
          </w:p>
        </w:tc>
        <w:tc>
          <w:tcPr>
            <w:tcW w:type="dxa" w:w="1728"/>
          </w:tcPr>
          <w:p>
            <w:r>
              <w:t>Ziaieian mofid</w:t>
            </w:r>
          </w:p>
        </w:tc>
        <w:tc>
          <w:tcPr>
            <w:tcW w:type="dxa" w:w="1728"/>
          </w:tcPr>
          <w:p>
            <w:r>
              <w:t>counterstrike1_6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937***21**</w:t>
            </w:r>
          </w:p>
        </w:tc>
        <w:tc>
          <w:tcPr>
            <w:tcW w:type="dxa" w:w="1728"/>
          </w:tcPr>
          <w:p>
            <w:r>
              <w:t>S...RM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Saminrad2020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93*919*9*9</w:t>
            </w:r>
          </w:p>
        </w:tc>
        <w:tc>
          <w:tcPr>
            <w:tcW w:type="dxa" w:w="1728"/>
          </w:tcPr>
          <w:p>
            <w:r>
              <w:t>Pouriya</w:t>
            </w:r>
          </w:p>
        </w:tc>
        <w:tc>
          <w:tcPr>
            <w:tcW w:type="dxa" w:w="1728"/>
          </w:tcPr>
          <w:p>
            <w:r>
              <w:t>Baastanipour</w:t>
            </w:r>
          </w:p>
        </w:tc>
        <w:tc>
          <w:tcPr>
            <w:tcW w:type="dxa" w:w="1728"/>
          </w:tcPr>
          <w:p>
            <w:r>
              <w:t>pouriya_bp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910027*4*1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Sadri</w:t>
            </w:r>
          </w:p>
        </w:tc>
        <w:tc>
          <w:tcPr>
            <w:tcW w:type="dxa" w:w="1728"/>
          </w:tcPr>
          <w:p>
            <w:r>
              <w:t>AliiSadri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9120927422</w:t>
            </w:r>
          </w:p>
        </w:tc>
        <w:tc>
          <w:tcPr>
            <w:tcW w:type="dxa" w:w="1728"/>
          </w:tcPr>
          <w:p>
            <w:r>
              <w:t>Behnaz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912794123*</w:t>
            </w:r>
          </w:p>
        </w:tc>
        <w:tc>
          <w:tcPr>
            <w:tcW w:type="dxa" w:w="1728"/>
          </w:tcPr>
          <w:p>
            <w:r>
              <w:t>Amir 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Asa6990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9127141*04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Daneshfahim</w:t>
            </w:r>
          </w:p>
        </w:tc>
        <w:tc>
          <w:tcPr>
            <w:tcW w:type="dxa" w:w="1728"/>
          </w:tcPr>
          <w:p>
            <w:r>
              <w:t>alireza_daneshfahim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912243**0*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Mohsenanaraki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9197394***</w:t>
            </w:r>
          </w:p>
        </w:tc>
        <w:tc>
          <w:tcPr>
            <w:tcW w:type="dxa" w:w="1728"/>
          </w:tcPr>
          <w:p>
            <w:r>
              <w:t>ya 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yas00A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912*227142</w:t>
            </w:r>
          </w:p>
        </w:tc>
        <w:tc>
          <w:tcPr>
            <w:tcW w:type="dxa" w:w="1728"/>
          </w:tcPr>
          <w:p>
            <w:r>
              <w:t>Farid</w:t>
            </w:r>
          </w:p>
        </w:tc>
        <w:tc>
          <w:tcPr>
            <w:tcW w:type="dxa" w:w="1728"/>
          </w:tcPr>
          <w:p>
            <w:r>
              <w:t>Sattari</w:t>
            </w:r>
          </w:p>
        </w:tc>
        <w:tc>
          <w:tcPr>
            <w:tcW w:type="dxa" w:w="1728"/>
          </w:tcPr>
          <w:p>
            <w:r>
              <w:t>farid_sattari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93**32*0**</w:t>
            </w:r>
          </w:p>
        </w:tc>
        <w:tc>
          <w:tcPr>
            <w:tcW w:type="dxa" w:w="1728"/>
          </w:tcPr>
          <w:p>
            <w:r>
              <w:t>Maryam jhi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Maryamjhi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912201*2*2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hamidrkh59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901129*40*</w:t>
            </w:r>
          </w:p>
        </w:tc>
        <w:tc>
          <w:tcPr>
            <w:tcW w:type="dxa" w:w="1728"/>
          </w:tcPr>
          <w:p>
            <w:r>
              <w:t>Vahid Sabet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avsvahid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922429301*</w:t>
            </w:r>
          </w:p>
        </w:tc>
        <w:tc>
          <w:tcPr>
            <w:tcW w:type="dxa" w:w="1728"/>
          </w:tcPr>
          <w:p>
            <w:r>
              <w:t>‍‍‍‍‍‍~ / &gt; mahdiyar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mahdiyar11007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  <w:tr>
        <w:tc>
          <w:tcPr>
            <w:tcW w:type="dxa" w:w="1728"/>
          </w:tcPr>
          <w:p>
            <w:r>
              <w:t>93*7771079</w:t>
            </w:r>
          </w:p>
        </w:tc>
        <w:tc>
          <w:tcPr>
            <w:tcW w:type="dxa" w:w="1728"/>
          </w:tcPr>
          <w:p>
            <w:r>
              <w:t>Mahsa</w:t>
            </w:r>
          </w:p>
        </w:tc>
        <w:tc>
          <w:tcPr>
            <w:tcW w:type="dxa" w:w="1728"/>
          </w:tcPr>
          <w:p>
            <w:r>
              <w:t>Akbari</w:t>
            </w:r>
          </w:p>
        </w:tc>
        <w:tc>
          <w:tcPr>
            <w:tcW w:type="dxa" w:w="1728"/>
          </w:tcPr>
          <w:p>
            <w:r>
              <w:t>Mhs_akbari</w:t>
            </w:r>
          </w:p>
        </w:tc>
        <w:tc>
          <w:tcPr>
            <w:tcW w:type="dxa" w:w="1728"/>
          </w:tcPr>
          <w:p>
            <w:r>
              <w:t>DevOps Discussions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DevOps Discussions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