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Deutschzentrum(nur sprechen)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Deutschzentrum(nur sprechen)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9334*4**49</w:t>
            </w:r>
          </w:p>
        </w:tc>
        <w:tc>
          <w:tcPr>
            <w:tcW w:type="dxa" w:w="1728"/>
          </w:tcPr>
          <w:p>
            <w:r>
              <w:t>𝐀𝐥𝐢𝐫𝐞𝐳𝐚️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Aliireza_md1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9127*4*949</w:t>
            </w:r>
          </w:p>
        </w:tc>
        <w:tc>
          <w:tcPr>
            <w:tcW w:type="dxa" w:w="1728"/>
          </w:tcPr>
          <w:p>
            <w:r>
              <w:t>Behnaz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Behnaz862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91241493**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Mehdigh89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933*349*7*</w:t>
            </w:r>
          </w:p>
        </w:tc>
        <w:tc>
          <w:tcPr>
            <w:tcW w:type="dxa" w:w="1728"/>
          </w:tcPr>
          <w:p>
            <w:r>
              <w:t>Mahi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iichbiin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93**079014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Hamidmogouei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93747*973*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Kameli_Ali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912*44*4*7</w:t>
            </w:r>
          </w:p>
        </w:tc>
        <w:tc>
          <w:tcPr>
            <w:tcW w:type="dxa" w:w="1728"/>
          </w:tcPr>
          <w:p>
            <w:r>
              <w:t>SS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Sss56514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92147*24*2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Moosavi</w:t>
            </w:r>
          </w:p>
        </w:tc>
        <w:tc>
          <w:tcPr>
            <w:tcW w:type="dxa" w:w="1728"/>
          </w:tcPr>
          <w:p>
            <w:r>
              <w:t>Mohammad_Mousavi12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90133*3**2</w:t>
            </w:r>
          </w:p>
        </w:tc>
        <w:tc>
          <w:tcPr>
            <w:tcW w:type="dxa" w:w="1728"/>
          </w:tcPr>
          <w:p>
            <w:r>
              <w:t>Moon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mahsa_ashoorii1371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912303*23*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Farahmand</w:t>
            </w:r>
          </w:p>
        </w:tc>
        <w:tc>
          <w:tcPr>
            <w:tcW w:type="dxa" w:w="1728"/>
          </w:tcPr>
          <w:p>
            <w:r>
              <w:t>farhad_farahmand60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9010470*14</w:t>
            </w:r>
          </w:p>
        </w:tc>
        <w:tc>
          <w:tcPr>
            <w:tcW w:type="dxa" w:w="1728"/>
          </w:tcPr>
          <w:p>
            <w:r>
              <w:t>Morpheus🍅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Morpheus_k0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990*0200*9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DanialMa1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917229*239</w:t>
            </w:r>
          </w:p>
        </w:tc>
        <w:tc>
          <w:tcPr>
            <w:tcW w:type="dxa" w:w="1728"/>
          </w:tcPr>
          <w:p>
            <w:r>
              <w:t>ZARIF KAR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neophysics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912943727*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tm_Leila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9122474277</w:t>
            </w:r>
          </w:p>
        </w:tc>
        <w:tc>
          <w:tcPr>
            <w:tcW w:type="dxa" w:w="1728"/>
          </w:tcPr>
          <w:p>
            <w:r>
              <w:t>Ali 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93944*317*</w:t>
            </w:r>
          </w:p>
        </w:tc>
        <w:tc>
          <w:tcPr>
            <w:tcW w:type="dxa" w:w="1728"/>
          </w:tcPr>
          <w:p>
            <w:r>
              <w:t>maral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maral_gho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939*32*9*4</w:t>
            </w:r>
          </w:p>
        </w:tc>
        <w:tc>
          <w:tcPr>
            <w:tcW w:type="dxa" w:w="1728"/>
          </w:tcPr>
          <w:p>
            <w:r>
              <w:t>Mahshid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mahshid0912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93*2041*73</w:t>
            </w:r>
          </w:p>
        </w:tc>
        <w:tc>
          <w:tcPr>
            <w:tcW w:type="dxa" w:w="1728"/>
          </w:tcPr>
          <w:p>
            <w:r>
              <w:t>dorsa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itscalledrayan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9124**04*2</w:t>
            </w:r>
          </w:p>
        </w:tc>
        <w:tc>
          <w:tcPr>
            <w:tcW w:type="dxa" w:w="1728"/>
          </w:tcPr>
          <w:p>
            <w:r>
              <w:t>тαнмιиєн</w:t>
            </w:r>
          </w:p>
        </w:tc>
        <w:tc>
          <w:tcPr>
            <w:tcW w:type="dxa" w:w="1728"/>
          </w:tcPr>
          <w:p>
            <w:r>
              <w:t>☺️</w:t>
            </w:r>
          </w:p>
        </w:tc>
        <w:tc>
          <w:tcPr>
            <w:tcW w:type="dxa" w:w="1728"/>
          </w:tcPr>
          <w:p>
            <w:r>
              <w:t>Tahminehkaveie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9210013703</w:t>
            </w:r>
          </w:p>
        </w:tc>
        <w:tc>
          <w:tcPr>
            <w:tcW w:type="dxa" w:w="1728"/>
          </w:tcPr>
          <w:p>
            <w:r>
              <w:t>012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Masumh_ir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933409191*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913*4*7*1*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mahsa_baanooo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91*3209*41</w:t>
            </w:r>
          </w:p>
        </w:tc>
        <w:tc>
          <w:tcPr>
            <w:tcW w:type="dxa" w:w="1728"/>
          </w:tcPr>
          <w:p>
            <w:r>
              <w:t>Glsbzdl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Glsbzdl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91*2304*94</w:t>
            </w:r>
          </w:p>
        </w:tc>
        <w:tc>
          <w:tcPr>
            <w:tcW w:type="dxa" w:w="1728"/>
          </w:tcPr>
          <w:p>
            <w:r>
              <w:t>s.gh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nesttt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930*9720*1</w:t>
            </w:r>
          </w:p>
        </w:tc>
        <w:tc>
          <w:tcPr>
            <w:tcW w:type="dxa" w:w="1728"/>
          </w:tcPr>
          <w:p>
            <w:r>
              <w:t>somaye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Sm_azm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91*10*799*</w:t>
            </w:r>
          </w:p>
        </w:tc>
        <w:tc>
          <w:tcPr>
            <w:tcW w:type="dxa" w:w="1728"/>
          </w:tcPr>
          <w:p>
            <w:r>
              <w:t>Mehran-Sh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Mehran1Sh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91*070440*</w:t>
            </w:r>
          </w:p>
        </w:tc>
        <w:tc>
          <w:tcPr>
            <w:tcW w:type="dxa" w:w="1728"/>
          </w:tcPr>
          <w:p>
            <w:r>
              <w:t>maedeh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Maedeh_sadeghy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9193*901*3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Omidbahrami1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9102*00140</w:t>
            </w:r>
          </w:p>
        </w:tc>
        <w:tc>
          <w:tcPr>
            <w:tcW w:type="dxa" w:w="1728"/>
          </w:tcPr>
          <w:p>
            <w:r>
              <w:t>elinaz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Elinaztafazoli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9120**3242</w:t>
            </w:r>
          </w:p>
        </w:tc>
        <w:tc>
          <w:tcPr>
            <w:tcW w:type="dxa" w:w="1728"/>
          </w:tcPr>
          <w:p>
            <w:r>
              <w:t>Maede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maedeafsar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9177391*3*</w:t>
            </w:r>
          </w:p>
        </w:tc>
        <w:tc>
          <w:tcPr>
            <w:tcW w:type="dxa" w:w="1728"/>
          </w:tcPr>
          <w:p>
            <w:r>
              <w:t>SaNa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SaNaaa1992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9223*49*0*</w:t>
            </w:r>
          </w:p>
        </w:tc>
        <w:tc>
          <w:tcPr>
            <w:tcW w:type="dxa" w:w="1728"/>
          </w:tcPr>
          <w:p>
            <w:r>
              <w:t>Yalda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yaldabagheri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912433*2*7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Sarabitiii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911323*149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Akbari_hn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93*17*03*0</w:t>
            </w:r>
          </w:p>
        </w:tc>
        <w:tc>
          <w:tcPr>
            <w:tcW w:type="dxa" w:w="1728"/>
          </w:tcPr>
          <w:p>
            <w:r>
              <w:t>♡❥𝓗𝓮𝓵𝓲𝓪 𝓖𝓱𝓪𝓯𝓯𝓪𝓻𝓲</w:t>
            </w:r>
          </w:p>
        </w:tc>
        <w:tc>
          <w:tcPr>
            <w:tcW w:type="dxa" w:w="1728"/>
          </w:tcPr>
          <w:p>
            <w:r>
              <w:t>❥♡</w:t>
            </w:r>
          </w:p>
        </w:tc>
        <w:tc>
          <w:tcPr>
            <w:tcW w:type="dxa" w:w="1728"/>
          </w:tcPr>
          <w:p>
            <w:r>
              <w:t>iheliqa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90303**221</w:t>
            </w:r>
          </w:p>
        </w:tc>
        <w:tc>
          <w:tcPr>
            <w:tcW w:type="dxa" w:w="1728"/>
          </w:tcPr>
          <w:p>
            <w:r>
              <w:t>"آدم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Mrym_rajbi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9120*07797</w:t>
            </w:r>
          </w:p>
        </w:tc>
        <w:tc>
          <w:tcPr>
            <w:tcW w:type="dxa" w:w="1728"/>
          </w:tcPr>
          <w:p>
            <w:r>
              <w:t>Sila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artsila67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912974343*</w:t>
            </w:r>
          </w:p>
        </w:tc>
        <w:tc>
          <w:tcPr>
            <w:tcW w:type="dxa" w:w="1728"/>
          </w:tcPr>
          <w:p>
            <w:r>
              <w:t>●▬▬๑۩۩๑ẑṓḧṝḙ 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Motamediaala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9372*79473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Amirhoho99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9133*922**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Moha_m_dns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933742*1*9</w:t>
            </w:r>
          </w:p>
        </w:tc>
        <w:tc>
          <w:tcPr>
            <w:tcW w:type="dxa" w:w="1728"/>
          </w:tcPr>
          <w:p>
            <w:r>
              <w:t>پریسا کاظمی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Kkpariss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9377300*94</w:t>
            </w:r>
          </w:p>
        </w:tc>
        <w:tc>
          <w:tcPr>
            <w:tcW w:type="dxa" w:w="1728"/>
          </w:tcPr>
          <w:p>
            <w:r>
              <w:t>leila</w:t>
            </w:r>
          </w:p>
        </w:tc>
        <w:tc>
          <w:tcPr>
            <w:tcW w:type="dxa" w:w="1728"/>
          </w:tcPr>
          <w:p>
            <w:r>
              <w:t>afrang</w:t>
            </w:r>
          </w:p>
        </w:tc>
        <w:tc>
          <w:tcPr>
            <w:tcW w:type="dxa" w:w="1728"/>
          </w:tcPr>
          <w:p>
            <w:r>
              <w:t>leilaafrang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9394932**7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Eliielii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91*2239713</w:t>
            </w:r>
          </w:p>
        </w:tc>
        <w:tc>
          <w:tcPr>
            <w:tcW w:type="dxa" w:w="1728"/>
          </w:tcPr>
          <w:p>
            <w:r>
              <w:t>Khazaei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Eliii_kh72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93*2240932</w:t>
            </w:r>
          </w:p>
        </w:tc>
        <w:tc>
          <w:tcPr>
            <w:tcW w:type="dxa" w:w="1728"/>
          </w:tcPr>
          <w:p>
            <w:r>
              <w:t>Aryan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Ichbinaryan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902*9*2***</w:t>
            </w:r>
          </w:p>
        </w:tc>
        <w:tc>
          <w:tcPr>
            <w:tcW w:type="dxa" w:w="1728"/>
          </w:tcPr>
          <w:p>
            <w:r>
              <w:t>Sepid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Mohebi0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937*0*37*9</w:t>
            </w:r>
          </w:p>
        </w:tc>
        <w:tc>
          <w:tcPr>
            <w:tcW w:type="dxa" w:w="1728"/>
          </w:tcPr>
          <w:p>
            <w:r>
              <w:t>David__</w:t>
            </w:r>
          </w:p>
        </w:tc>
        <w:tc>
          <w:tcPr>
            <w:tcW w:type="dxa" w:w="1728"/>
          </w:tcPr>
          <w:p>
            <w:r>
              <w:t>Rbbn</w:t>
            </w:r>
          </w:p>
        </w:tc>
        <w:tc>
          <w:tcPr>
            <w:tcW w:type="dxa" w:w="1728"/>
          </w:tcPr>
          <w:p>
            <w:r>
              <w:t>Dvd7777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91321*14*7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Alimohamadi</w:t>
            </w:r>
          </w:p>
        </w:tc>
        <w:tc>
          <w:tcPr>
            <w:tcW w:type="dxa" w:w="1728"/>
          </w:tcPr>
          <w:p>
            <w:r>
              <w:t>vira_hair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93**37**04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Raha🐰</w:t>
            </w:r>
          </w:p>
        </w:tc>
        <w:tc>
          <w:tcPr>
            <w:tcW w:type="dxa" w:w="1728"/>
          </w:tcPr>
          <w:p>
            <w:r>
              <w:t>Maryamraha69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901074477*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parwana1991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9129*24***</w:t>
            </w:r>
          </w:p>
        </w:tc>
        <w:tc>
          <w:tcPr>
            <w:tcW w:type="dxa" w:w="1728"/>
          </w:tcPr>
          <w:p>
            <w:r>
              <w:t>Helia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hsh_helia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93*79*91**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yasaman_di79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912*02**01</w:t>
            </w:r>
          </w:p>
        </w:tc>
        <w:tc>
          <w:tcPr>
            <w:tcW w:type="dxa" w:w="1728"/>
          </w:tcPr>
          <w:p>
            <w:r>
              <w:t>Neda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>
              <w:t>nfarzane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91319401*3</w:t>
            </w:r>
          </w:p>
        </w:tc>
        <w:tc>
          <w:tcPr>
            <w:tcW w:type="dxa" w:w="1728"/>
          </w:tcPr>
          <w:p>
            <w:r>
              <w:t>Dreams come true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Destiny64364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911*0703*3</w:t>
            </w:r>
          </w:p>
        </w:tc>
        <w:tc>
          <w:tcPr>
            <w:tcW w:type="dxa" w:w="1728"/>
          </w:tcPr>
          <w:p>
            <w:r>
              <w:t>Serena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Sarina_RajaE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933119*07*</w:t>
            </w:r>
          </w:p>
        </w:tc>
        <w:tc>
          <w:tcPr>
            <w:tcW w:type="dxa" w:w="1728"/>
          </w:tcPr>
          <w:p>
            <w:r>
              <w:t>behrouz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Behrouz_ghaffari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9904903924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Chawanchawan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93**493*40</w:t>
            </w:r>
          </w:p>
        </w:tc>
        <w:tc>
          <w:tcPr>
            <w:tcW w:type="dxa" w:w="1728"/>
          </w:tcPr>
          <w:p>
            <w:r>
              <w:t>Nahid 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919919112*</w:t>
            </w:r>
          </w:p>
        </w:tc>
        <w:tc>
          <w:tcPr>
            <w:tcW w:type="dxa" w:w="1728"/>
          </w:tcPr>
          <w:p>
            <w:r>
              <w:t>MN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Mahanshiraz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93*73411*4</w:t>
            </w:r>
          </w:p>
        </w:tc>
        <w:tc>
          <w:tcPr>
            <w:tcW w:type="dxa" w:w="1728"/>
          </w:tcPr>
          <w:p>
            <w:r>
              <w:t>P @ R ¡ § @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90194*9**2</w:t>
            </w:r>
          </w:p>
        </w:tc>
        <w:tc>
          <w:tcPr>
            <w:tcW w:type="dxa" w:w="1728"/>
          </w:tcPr>
          <w:p>
            <w:r>
              <w:t>H1di♟️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h1dii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912*919*90</w:t>
            </w:r>
          </w:p>
        </w:tc>
        <w:tc>
          <w:tcPr>
            <w:tcW w:type="dxa" w:w="1728"/>
          </w:tcPr>
          <w:p>
            <w:r>
              <w:t>Shakiba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Shakibah9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91*120400*</w:t>
            </w:r>
          </w:p>
        </w:tc>
        <w:tc>
          <w:tcPr>
            <w:tcW w:type="dxa" w:w="1728"/>
          </w:tcPr>
          <w:p>
            <w:r>
              <w:t>Sahar</w:t>
            </w:r>
          </w:p>
        </w:tc>
        <w:tc>
          <w:tcPr>
            <w:tcW w:type="dxa" w:w="1728"/>
          </w:tcPr>
          <w:p>
            <w:r>
              <w:t>🅱👀💫</w:t>
            </w:r>
          </w:p>
        </w:tc>
        <w:tc>
          <w:tcPr>
            <w:tcW w:type="dxa" w:w="1728"/>
          </w:tcPr>
          <w:p>
            <w:r>
              <w:t>MHOKI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93***1**49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Rastegar</w:t>
            </w:r>
          </w:p>
        </w:tc>
        <w:tc>
          <w:tcPr>
            <w:tcW w:type="dxa" w:w="1728"/>
          </w:tcPr>
          <w:p>
            <w:r>
              <w:t>Miladrsg67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91*003334*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>
              <w:t>Jalilabbasi82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912421*72*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Reyahmadi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903*2900*0</w:t>
            </w:r>
          </w:p>
        </w:tc>
        <w:tc>
          <w:tcPr>
            <w:tcW w:type="dxa" w:w="1728"/>
          </w:tcPr>
          <w:p>
            <w:r>
              <w:t>M.P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MP1944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91***07*0*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badgirll_96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912**4*1*4</w:t>
            </w:r>
          </w:p>
        </w:tc>
        <w:tc>
          <w:tcPr>
            <w:tcW w:type="dxa" w:w="1728"/>
          </w:tcPr>
          <w:p>
            <w:r>
              <w:t>Βmowj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BMOWJ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91*474*440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93*9**47*1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>
              <w:t>HFar</w:t>
            </w:r>
          </w:p>
        </w:tc>
        <w:tc>
          <w:tcPr>
            <w:tcW w:type="dxa" w:w="1728"/>
          </w:tcPr>
          <w:p>
            <w:r>
              <w:t>sm_hf00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9103732100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Hamedk9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93*01**39*</w:t>
            </w:r>
          </w:p>
        </w:tc>
        <w:tc>
          <w:tcPr>
            <w:tcW w:type="dxa" w:w="1728"/>
          </w:tcPr>
          <w:p>
            <w:r>
              <w:t>Maedeh</w:t>
            </w:r>
          </w:p>
        </w:tc>
        <w:tc>
          <w:tcPr>
            <w:tcW w:type="dxa" w:w="1728"/>
          </w:tcPr>
          <w:p>
            <w:r>
              <w:t>Rezazadeh</w:t>
            </w:r>
          </w:p>
        </w:tc>
        <w:tc>
          <w:tcPr>
            <w:tcW w:type="dxa" w:w="1728"/>
          </w:tcPr>
          <w:p>
            <w:r>
              <w:t>Maedeh_Rezazadeh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912***7*49</w:t>
            </w:r>
          </w:p>
        </w:tc>
        <w:tc>
          <w:tcPr>
            <w:tcW w:type="dxa" w:w="1728"/>
          </w:tcPr>
          <w:p>
            <w:r>
              <w:t>S.gh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93733*10*7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Ichbinamin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91211329*2</w:t>
            </w:r>
          </w:p>
        </w:tc>
        <w:tc>
          <w:tcPr>
            <w:tcW w:type="dxa" w:w="1728"/>
          </w:tcPr>
          <w:p>
            <w:r>
              <w:t>Forumand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forumand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901907*41*</w:t>
            </w:r>
          </w:p>
        </w:tc>
        <w:tc>
          <w:tcPr>
            <w:tcW w:type="dxa" w:w="1728"/>
          </w:tcPr>
          <w:p>
            <w:r>
              <w:t>pariya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pariya77zr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919*419*43</w:t>
            </w:r>
          </w:p>
        </w:tc>
        <w:tc>
          <w:tcPr>
            <w:tcW w:type="dxa" w:w="1728"/>
          </w:tcPr>
          <w:p>
            <w:r>
              <w:t>L.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leylaa_asgarii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93*3*9473*</w:t>
            </w:r>
          </w:p>
        </w:tc>
        <w:tc>
          <w:tcPr>
            <w:tcW w:type="dxa" w:w="1728"/>
          </w:tcPr>
          <w:p>
            <w:r>
              <w:t>🎤توحید منفرد🎤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TOHID1010</w:t>
            </w:r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  <w:tr>
        <w:tc>
          <w:tcPr>
            <w:tcW w:type="dxa" w:w="1728"/>
          </w:tcPr>
          <w:p>
            <w:r>
              <w:t>9399*12*29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🇩🇪Deutschzentrum🇩🇪(nur sprechen)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Deutschzentrum(nur sprechen)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