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Decrypt File And Vpn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Decrypt File And Vpn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93*2*39**7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ghobadi</w:t>
            </w:r>
          </w:p>
        </w:tc>
        <w:tc>
          <w:tcPr>
            <w:tcW w:type="dxa" w:w="1728"/>
          </w:tcPr>
          <w:p>
            <w:r>
              <w:t>arashghobadi52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  <w:tr>
        <w:tc>
          <w:tcPr>
            <w:tcW w:type="dxa" w:w="1728"/>
          </w:tcPr>
          <w:p>
            <w:r>
              <w:t>9142*47*4*</w:t>
            </w:r>
          </w:p>
        </w:tc>
        <w:tc>
          <w:tcPr>
            <w:tcW w:type="dxa" w:w="1728"/>
          </w:tcPr>
          <w:p>
            <w:r>
              <w:t>هادی سنجوه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cr7pes12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  <w:tr>
        <w:tc>
          <w:tcPr>
            <w:tcW w:type="dxa" w:w="1728"/>
          </w:tcPr>
          <w:p>
            <w:r>
              <w:t>93*944**00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Mehdi_Mahfoozian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  <w:tr>
        <w:tc>
          <w:tcPr>
            <w:tcW w:type="dxa" w:w="1728"/>
          </w:tcPr>
          <w:p>
            <w:r>
              <w:t>93*073*9*3</w:t>
            </w:r>
          </w:p>
        </w:tc>
        <w:tc>
          <w:tcPr>
            <w:tcW w:type="dxa" w:w="1728"/>
          </w:tcPr>
          <w:p>
            <w:r>
              <w:t>m0h@mm@d!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m1981f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  <w:tr>
        <w:tc>
          <w:tcPr>
            <w:tcW w:type="dxa" w:w="1728"/>
          </w:tcPr>
          <w:p>
            <w:r>
              <w:t>90*290**4*</w:t>
            </w:r>
          </w:p>
        </w:tc>
        <w:tc>
          <w:tcPr>
            <w:tcW w:type="dxa" w:w="1728"/>
          </w:tcPr>
          <w:p>
            <w:r>
              <w:t>✷ ℛℰℤѦ✷🍅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RRMM2022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  <w:tr>
        <w:tc>
          <w:tcPr>
            <w:tcW w:type="dxa" w:w="1728"/>
          </w:tcPr>
          <w:p>
            <w:r>
              <w:t>93*34*1111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alirezamajan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  <w:tr>
        <w:tc>
          <w:tcPr>
            <w:tcW w:type="dxa" w:w="1728"/>
          </w:tcPr>
          <w:p>
            <w:r>
              <w:t>90*1434*49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S.K</w:t>
            </w:r>
          </w:p>
        </w:tc>
        <w:tc>
          <w:tcPr>
            <w:tcW w:type="dxa" w:w="1728"/>
          </w:tcPr>
          <w:p>
            <w:r>
              <w:t>MILADSAHARI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  <w:tr>
        <w:tc>
          <w:tcPr>
            <w:tcW w:type="dxa" w:w="1728"/>
          </w:tcPr>
          <w:p>
            <w:r>
              <w:t>9903*4**74</w:t>
            </w:r>
          </w:p>
        </w:tc>
        <w:tc>
          <w:tcPr>
            <w:tcW w:type="dxa" w:w="1728"/>
          </w:tcPr>
          <w:p>
            <w:r>
              <w:t>ೋღ shagayeg ღೋ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AsssssA67</w:t>
            </w:r>
          </w:p>
        </w:tc>
        <w:tc>
          <w:tcPr>
            <w:tcW w:type="dxa" w:w="1728"/>
          </w:tcPr>
          <w:p>
            <w:r>
              <w:t>Decrypt File And Vpn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Decrypt File And Vpn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