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DIgSILENT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DIgSILENT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93*94*9*73</w:t>
            </w:r>
          </w:p>
        </w:tc>
        <w:tc>
          <w:tcPr>
            <w:tcW w:type="dxa" w:w="1728"/>
          </w:tcPr>
          <w:p>
            <w:r>
              <w:t>MREZA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Mrezapourheydari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93**0**4*7</w:t>
            </w:r>
          </w:p>
        </w:tc>
        <w:tc>
          <w:tcPr>
            <w:tcW w:type="dxa" w:w="1728"/>
          </w:tcPr>
          <w:p>
            <w:r>
              <w:t>𝙀𝙡𝙤𝙝𝙞𝙢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Elohim786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90132**4**</w:t>
            </w:r>
          </w:p>
        </w:tc>
        <w:tc>
          <w:tcPr>
            <w:tcW w:type="dxa" w:w="1728"/>
          </w:tcPr>
          <w:p>
            <w:r>
              <w:t>K.F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ksrfrzn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93***44947</w:t>
            </w:r>
          </w:p>
        </w:tc>
        <w:tc>
          <w:tcPr>
            <w:tcW w:type="dxa" w:w="1728"/>
          </w:tcPr>
          <w:p>
            <w:r>
              <w:t>H.a</w:t>
            </w:r>
          </w:p>
        </w:tc>
        <w:tc>
          <w:tcPr>
            <w:tcW w:type="dxa" w:w="1728"/>
          </w:tcPr>
          <w:p>
            <w:r>
              <w:t>Lari</w:t>
            </w:r>
          </w:p>
        </w:tc>
        <w:tc>
          <w:tcPr>
            <w:tcW w:type="dxa" w:w="1728"/>
          </w:tcPr>
          <w:p>
            <w:r>
              <w:t>Lari6261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90392**2*3</w:t>
            </w:r>
          </w:p>
        </w:tc>
        <w:tc>
          <w:tcPr>
            <w:tcW w:type="dxa" w:w="1728"/>
          </w:tcPr>
          <w:p>
            <w:r>
              <w:t>Mighty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Tazakkor2512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91*7213004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m_sirusi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91*7277427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921*702911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solar_tajhiz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910**20449</w:t>
            </w:r>
          </w:p>
        </w:tc>
        <w:tc>
          <w:tcPr>
            <w:tcW w:type="dxa" w:w="1728"/>
          </w:tcPr>
          <w:p>
            <w:r>
              <w:t>Hamidrezaut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Hamidrezaut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9399*1*402</w:t>
            </w:r>
          </w:p>
        </w:tc>
        <w:tc>
          <w:tcPr>
            <w:tcW w:type="dxa" w:w="1728"/>
          </w:tcPr>
          <w:p>
            <w:r>
              <w:t>Mehran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Adamak_kaghaz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93*771*210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mostafa95p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91*3*1370*</w:t>
            </w:r>
          </w:p>
        </w:tc>
        <w:tc>
          <w:tcPr>
            <w:tcW w:type="dxa" w:w="1728"/>
          </w:tcPr>
          <w:p>
            <w:r>
              <w:t>Mohammad Hasan</w:t>
            </w:r>
          </w:p>
        </w:tc>
        <w:tc>
          <w:tcPr>
            <w:tcW w:type="dxa" w:w="1728"/>
          </w:tcPr>
          <w:p>
            <w:r>
              <w:t>Ravanji</w:t>
            </w:r>
          </w:p>
        </w:tc>
        <w:tc>
          <w:tcPr>
            <w:tcW w:type="dxa" w:w="1728"/>
          </w:tcPr>
          <w:p>
            <w:r>
              <w:t>MohammadHasanRavanji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91327409*7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Ayatollahi</w:t>
            </w:r>
          </w:p>
        </w:tc>
        <w:tc>
          <w:tcPr>
            <w:tcW w:type="dxa" w:w="1728"/>
          </w:tcPr>
          <w:p>
            <w:r>
              <w:t>Mohammadayatollahi1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93*1*17797</w:t>
            </w:r>
          </w:p>
        </w:tc>
        <w:tc>
          <w:tcPr>
            <w:tcW w:type="dxa" w:w="1728"/>
          </w:tcPr>
          <w:p>
            <w:r>
              <w:t>𝑀𝑒𝒽𝓇𝒹𝒶𝒹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Mehrdadh96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9307*71**2</w:t>
            </w:r>
          </w:p>
        </w:tc>
        <w:tc>
          <w:tcPr>
            <w:tcW w:type="dxa" w:w="1728"/>
          </w:tcPr>
          <w:p>
            <w:r>
              <w:t>Hamideh</w:t>
            </w:r>
          </w:p>
        </w:tc>
        <w:tc>
          <w:tcPr>
            <w:tcW w:type="dxa" w:w="1728"/>
          </w:tcPr>
          <w:p>
            <w:r>
              <w:t>Zebhi</w:t>
            </w:r>
          </w:p>
        </w:tc>
        <w:tc>
          <w:tcPr>
            <w:tcW w:type="dxa" w:w="1728"/>
          </w:tcPr>
          <w:p>
            <w:r>
              <w:t>HamidehZ94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917711**7*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9393172**4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sam</w:t>
            </w:r>
          </w:p>
        </w:tc>
        <w:tc>
          <w:tcPr>
            <w:tcW w:type="dxa" w:w="1728"/>
          </w:tcPr>
          <w:p>
            <w:r>
              <w:t>alirezasamooni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91*4*94909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Zare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93*27*4*3*</w:t>
            </w:r>
          </w:p>
        </w:tc>
        <w:tc>
          <w:tcPr>
            <w:tcW w:type="dxa" w:w="1728"/>
          </w:tcPr>
          <w:p>
            <w:r>
              <w:t>Mahmood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Kaka652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9120*9*0*2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babaali</w:t>
            </w:r>
          </w:p>
        </w:tc>
        <w:tc>
          <w:tcPr>
            <w:tcW w:type="dxa" w:w="1728"/>
          </w:tcPr>
          <w:p>
            <w:r>
              <w:t>Am_babaali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91902**0**</w:t>
            </w:r>
          </w:p>
        </w:tc>
        <w:tc>
          <w:tcPr>
            <w:tcW w:type="dxa" w:w="1728"/>
          </w:tcPr>
          <w:p>
            <w:r>
              <w:t>soheil</w:t>
            </w:r>
          </w:p>
        </w:tc>
        <w:tc>
          <w:tcPr>
            <w:tcW w:type="dxa" w:w="1728"/>
          </w:tcPr>
          <w:p>
            <w:r>
              <w:t>tajrobekar</w:t>
            </w:r>
          </w:p>
        </w:tc>
        <w:tc>
          <w:tcPr>
            <w:tcW w:type="dxa" w:w="1728"/>
          </w:tcPr>
          <w:p>
            <w:r>
              <w:t>soheil_tajrobekar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91391009*0</w:t>
            </w:r>
          </w:p>
        </w:tc>
        <w:tc>
          <w:tcPr>
            <w:tcW w:type="dxa" w:w="1728"/>
          </w:tcPr>
          <w:p>
            <w:r>
              <w:t>مهدی عارف جو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91423*147*</w:t>
            </w:r>
          </w:p>
        </w:tc>
        <w:tc>
          <w:tcPr>
            <w:tcW w:type="dxa" w:w="1728"/>
          </w:tcPr>
          <w:p>
            <w:r>
              <w:t>Deutschland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93*3*27*21</w:t>
            </w:r>
          </w:p>
        </w:tc>
        <w:tc>
          <w:tcPr>
            <w:tcW w:type="dxa" w:w="1728"/>
          </w:tcPr>
          <w:p>
            <w:r>
              <w:t>🅰️Ⓜ️ER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AR19950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93303444*1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arashmohammadiv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91914997*4</w:t>
            </w:r>
          </w:p>
        </w:tc>
        <w:tc>
          <w:tcPr>
            <w:tcW w:type="dxa" w:w="1728"/>
          </w:tcPr>
          <w:p>
            <w:r>
              <w:t>solar project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project_solarpower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912299*112</w:t>
            </w:r>
          </w:p>
        </w:tc>
        <w:tc>
          <w:tcPr>
            <w:tcW w:type="dxa" w:w="1728"/>
          </w:tcPr>
          <w:p>
            <w:r>
              <w:t>Re</w:t>
            </w:r>
          </w:p>
        </w:tc>
        <w:tc>
          <w:tcPr>
            <w:tcW w:type="dxa" w:w="1728"/>
          </w:tcPr>
          <w:p>
            <w:r>
              <w:t>Ta</w:t>
            </w:r>
          </w:p>
        </w:tc>
        <w:tc>
          <w:tcPr>
            <w:tcW w:type="dxa" w:w="1728"/>
          </w:tcPr>
          <w:p>
            <w:r>
              <w:t>rezata63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93*210241*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93*4201*4*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MB_Abolhasani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93070*137*</w:t>
            </w:r>
          </w:p>
        </w:tc>
        <w:tc>
          <w:tcPr>
            <w:tcW w:type="dxa" w:w="1728"/>
          </w:tcPr>
          <w:p>
            <w:r>
              <w:t>Mohamad 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momadali23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93*91*4*1*</w:t>
            </w:r>
          </w:p>
        </w:tc>
        <w:tc>
          <w:tcPr>
            <w:tcW w:type="dxa" w:w="1728"/>
          </w:tcPr>
          <w:p>
            <w:r>
              <w:t>Meh</w:t>
            </w:r>
          </w:p>
        </w:tc>
        <w:tc>
          <w:tcPr>
            <w:tcW w:type="dxa" w:w="1728"/>
          </w:tcPr>
          <w:p>
            <w:r>
              <w:t>Gorouhi</w:t>
            </w:r>
          </w:p>
        </w:tc>
        <w:tc>
          <w:tcPr>
            <w:tcW w:type="dxa" w:w="1728"/>
          </w:tcPr>
          <w:p>
            <w:r>
              <w:t>mehan199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937334*0*1</w:t>
            </w:r>
          </w:p>
        </w:tc>
        <w:tc>
          <w:tcPr>
            <w:tcW w:type="dxa" w:w="1728"/>
          </w:tcPr>
          <w:p>
            <w:r>
              <w:t>Farza D: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R3DD3AD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912101*4**</w:t>
            </w:r>
          </w:p>
        </w:tc>
        <w:tc>
          <w:tcPr>
            <w:tcW w:type="dxa" w:w="1728"/>
          </w:tcPr>
          <w:p>
            <w:r>
              <w:t>Kamran</w:t>
            </w:r>
          </w:p>
        </w:tc>
        <w:tc>
          <w:tcPr>
            <w:tcW w:type="dxa" w:w="1728"/>
          </w:tcPr>
          <w:p>
            <w:r>
              <w:t>Salimi Nasr</w:t>
            </w:r>
          </w:p>
        </w:tc>
        <w:tc>
          <w:tcPr>
            <w:tcW w:type="dxa" w:w="1728"/>
          </w:tcPr>
          <w:p>
            <w:r>
              <w:t>KamranSN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9190904*97</w:t>
            </w:r>
          </w:p>
        </w:tc>
        <w:tc>
          <w:tcPr>
            <w:tcW w:type="dxa" w:w="1728"/>
          </w:tcPr>
          <w:p>
            <w:r>
              <w:t>Arian</w:t>
            </w:r>
          </w:p>
        </w:tc>
        <w:tc>
          <w:tcPr>
            <w:tcW w:type="dxa" w:w="1728"/>
          </w:tcPr>
          <w:p>
            <w:r>
              <w:t>Eskandari</w:t>
            </w:r>
          </w:p>
        </w:tc>
        <w:tc>
          <w:tcPr>
            <w:tcW w:type="dxa" w:w="1728"/>
          </w:tcPr>
          <w:p>
            <w:r>
              <w:t>MR_RYN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9134*1**02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dgaaaasiforei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91*9911*24</w:t>
            </w:r>
          </w:p>
        </w:tc>
        <w:tc>
          <w:tcPr>
            <w:tcW w:type="dxa" w:w="1728"/>
          </w:tcPr>
          <w:p>
            <w:r>
              <w:t>Heidar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Heidarov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91731091*3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G</w:t>
            </w:r>
          </w:p>
        </w:tc>
        <w:tc>
          <w:tcPr>
            <w:tcW w:type="dxa" w:w="1728"/>
          </w:tcPr>
          <w:p>
            <w:r>
              <w:t>mshirazi98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912447**4*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9137*12724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Ghalavel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93037*7090</w:t>
            </w:r>
          </w:p>
        </w:tc>
        <w:tc>
          <w:tcPr>
            <w:tcW w:type="dxa" w:w="1728"/>
          </w:tcPr>
          <w:p>
            <w:r>
              <w:t>shima</w:t>
            </w:r>
          </w:p>
        </w:tc>
        <w:tc>
          <w:tcPr>
            <w:tcW w:type="dxa" w:w="1728"/>
          </w:tcPr>
          <w:p>
            <w:r>
              <w:t>Fatahi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91*9****3*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>
              <w:t>Salehi</w:t>
            </w:r>
          </w:p>
        </w:tc>
        <w:tc>
          <w:tcPr>
            <w:tcW w:type="dxa" w:w="1728"/>
          </w:tcPr>
          <w:p>
            <w:r>
              <w:t>Salehi_1980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91*79*3947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93*9*7*74*</w:t>
            </w:r>
          </w:p>
        </w:tc>
        <w:tc>
          <w:tcPr>
            <w:tcW w:type="dxa" w:w="1728"/>
          </w:tcPr>
          <w:p>
            <w:r>
              <w:t>Mohammad Javadi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91*3*344**</w:t>
            </w:r>
          </w:p>
        </w:tc>
        <w:tc>
          <w:tcPr>
            <w:tcW w:type="dxa" w:w="1728"/>
          </w:tcPr>
          <w:p>
            <w:r>
              <w:t>Davoud</w:t>
            </w:r>
          </w:p>
        </w:tc>
        <w:tc>
          <w:tcPr>
            <w:tcW w:type="dxa" w:w="1728"/>
          </w:tcPr>
          <w:p>
            <w:r>
              <w:t>Amini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91**9272**</w:t>
            </w:r>
          </w:p>
        </w:tc>
        <w:tc>
          <w:tcPr>
            <w:tcW w:type="dxa" w:w="1728"/>
          </w:tcPr>
          <w:p>
            <w:r>
              <w:t>Shabnam</w:t>
            </w:r>
          </w:p>
        </w:tc>
        <w:tc>
          <w:tcPr>
            <w:tcW w:type="dxa" w:w="1728"/>
          </w:tcPr>
          <w:p>
            <w:r>
              <w:t>Hemmat</w:t>
            </w:r>
          </w:p>
        </w:tc>
        <w:tc>
          <w:tcPr>
            <w:tcW w:type="dxa" w:w="1728"/>
          </w:tcPr>
          <w:p>
            <w:r>
              <w:t>shabnam_he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937*011*40</w:t>
            </w:r>
          </w:p>
        </w:tc>
        <w:tc>
          <w:tcPr>
            <w:tcW w:type="dxa" w:w="1728"/>
          </w:tcPr>
          <w:p>
            <w:r>
              <w:t>Marvi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Marvi_fi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9127****1*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Seighalani</w:t>
            </w:r>
          </w:p>
        </w:tc>
        <w:tc>
          <w:tcPr>
            <w:tcW w:type="dxa" w:w="1728"/>
          </w:tcPr>
          <w:p>
            <w:r>
              <w:t>mesv1363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937**7*479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>
              <w:t>Mansouri</w:t>
            </w:r>
          </w:p>
        </w:tc>
        <w:tc>
          <w:tcPr>
            <w:tcW w:type="dxa" w:w="1728"/>
          </w:tcPr>
          <w:p>
            <w:r>
              <w:t>Mz_M7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903**70*93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golerozatlas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933*17*023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hamid_izd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90391497*1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A_Q8_2021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91202947**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>
              <w:t>mahdavi</w:t>
            </w:r>
          </w:p>
        </w:tc>
        <w:tc>
          <w:tcPr>
            <w:tcW w:type="dxa" w:w="1728"/>
          </w:tcPr>
          <w:p>
            <w:r>
              <w:t>nimamahdavi76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9100*27**2</w:t>
            </w:r>
          </w:p>
        </w:tc>
        <w:tc>
          <w:tcPr>
            <w:tcW w:type="dxa" w:w="1728"/>
          </w:tcPr>
          <w:p>
            <w:r>
              <w:t>Dariush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Paki_D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93*****3**</w:t>
            </w:r>
          </w:p>
        </w:tc>
        <w:tc>
          <w:tcPr>
            <w:tcW w:type="dxa" w:w="1728"/>
          </w:tcPr>
          <w:p>
            <w:r>
              <w:t>ah</w:t>
            </w:r>
          </w:p>
        </w:tc>
        <w:tc>
          <w:tcPr>
            <w:tcW w:type="dxa" w:w="1728"/>
          </w:tcPr>
          <w:p>
            <w:r>
              <w:t>sa</w:t>
            </w:r>
          </w:p>
        </w:tc>
        <w:tc>
          <w:tcPr>
            <w:tcW w:type="dxa" w:w="1728"/>
          </w:tcPr>
          <w:p>
            <w:r>
              <w:t>AhmadSafaripour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9109**3994</w:t>
            </w:r>
          </w:p>
        </w:tc>
        <w:tc>
          <w:tcPr>
            <w:tcW w:type="dxa" w:w="1728"/>
          </w:tcPr>
          <w:p>
            <w:r>
              <w:t>Majid moradi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iwaskab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91*3443*03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9127719**2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>
              <w:t>Tajbakhsh</w:t>
            </w:r>
          </w:p>
        </w:tc>
        <w:tc>
          <w:tcPr>
            <w:tcW w:type="dxa" w:w="1728"/>
          </w:tcPr>
          <w:p>
            <w:r>
              <w:t>saeidtajbakhsh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91009940*0</w:t>
            </w:r>
          </w:p>
        </w:tc>
        <w:tc>
          <w:tcPr>
            <w:tcW w:type="dxa" w:w="1728"/>
          </w:tcPr>
          <w:p>
            <w:r>
              <w:t>Navid🦴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Navid_k_h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921*99**7*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Nuclearmind1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933*4370*0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Mogh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91*1737313</w:t>
            </w:r>
          </w:p>
        </w:tc>
        <w:tc>
          <w:tcPr>
            <w:tcW w:type="dxa" w:w="1728"/>
          </w:tcPr>
          <w:p>
            <w:r>
              <w:t>Kaveh</w:t>
            </w:r>
          </w:p>
        </w:tc>
        <w:tc>
          <w:tcPr>
            <w:tcW w:type="dxa" w:w="1728"/>
          </w:tcPr>
          <w:p>
            <w:r>
              <w:t>Bahrami</w:t>
            </w:r>
          </w:p>
        </w:tc>
        <w:tc>
          <w:tcPr>
            <w:tcW w:type="dxa" w:w="1728"/>
          </w:tcPr>
          <w:p>
            <w:r>
              <w:t>Kavehbahrami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93*7732*3*</w:t>
            </w:r>
          </w:p>
        </w:tc>
        <w:tc>
          <w:tcPr>
            <w:tcW w:type="dxa" w:w="1728"/>
          </w:tcPr>
          <w:p>
            <w:r>
              <w:t>Armin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armin_fld72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93**9*31*2</w:t>
            </w:r>
          </w:p>
        </w:tc>
        <w:tc>
          <w:tcPr>
            <w:tcW w:type="dxa" w:w="1728"/>
          </w:tcPr>
          <w:p>
            <w:r>
              <w:t>Erfan</w:t>
            </w:r>
          </w:p>
        </w:tc>
        <w:tc>
          <w:tcPr>
            <w:tcW w:type="dxa" w:w="1728"/>
          </w:tcPr>
          <w:p>
            <w:r>
              <w:t>Khatib</w:t>
            </w:r>
          </w:p>
        </w:tc>
        <w:tc>
          <w:tcPr>
            <w:tcW w:type="dxa" w:w="1728"/>
          </w:tcPr>
          <w:p>
            <w:r>
              <w:t>Ekhtb10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914*932997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Bagherzadeh</w:t>
            </w:r>
          </w:p>
        </w:tc>
        <w:tc>
          <w:tcPr>
            <w:tcW w:type="dxa" w:w="1728"/>
          </w:tcPr>
          <w:p>
            <w:r>
              <w:t>Hossein_674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91309*7301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Kz</w:t>
            </w:r>
          </w:p>
        </w:tc>
        <w:tc>
          <w:tcPr>
            <w:tcW w:type="dxa" w:w="1728"/>
          </w:tcPr>
          <w:p>
            <w:r>
              <w:t>Mkz1361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9303317**7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KM55MAH53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91**4*132*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>
              <w:t>امیدی</w:t>
            </w:r>
          </w:p>
        </w:tc>
        <w:tc>
          <w:tcPr>
            <w:tcW w:type="dxa" w:w="1728"/>
          </w:tcPr>
          <w:p>
            <w:r>
              <w:t>A_om_2020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91**437031</w:t>
            </w:r>
          </w:p>
        </w:tc>
        <w:tc>
          <w:tcPr>
            <w:tcW w:type="dxa" w:w="1728"/>
          </w:tcPr>
          <w:p>
            <w:r>
              <w:t>shirin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901***7390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bab_khorami_kia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9144*2*942</w:t>
            </w:r>
          </w:p>
        </w:tc>
        <w:tc>
          <w:tcPr>
            <w:tcW w:type="dxa" w:w="1728"/>
          </w:tcPr>
          <w:p>
            <w:r>
              <w:t>Navid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Gareb61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912*2234*4</w:t>
            </w:r>
          </w:p>
        </w:tc>
        <w:tc>
          <w:tcPr>
            <w:tcW w:type="dxa" w:w="1728"/>
          </w:tcPr>
          <w:p>
            <w:r>
              <w:t>S.M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sajadmy68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93*9100130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L</w:t>
            </w:r>
          </w:p>
        </w:tc>
        <w:tc>
          <w:tcPr>
            <w:tcW w:type="dxa" w:w="1728"/>
          </w:tcPr>
          <w:p>
            <w:r>
              <w:t>T_Lesani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912*13*91*</w:t>
            </w:r>
          </w:p>
        </w:tc>
        <w:tc>
          <w:tcPr>
            <w:tcW w:type="dxa" w:w="1728"/>
          </w:tcPr>
          <w:p>
            <w:r>
              <w:t>Navid</w:t>
            </w:r>
          </w:p>
        </w:tc>
        <w:tc>
          <w:tcPr>
            <w:tcW w:type="dxa" w:w="1728"/>
          </w:tcPr>
          <w:p>
            <w:r>
              <w:t>Mk</w:t>
            </w:r>
          </w:p>
        </w:tc>
        <w:tc>
          <w:tcPr>
            <w:tcW w:type="dxa" w:w="1728"/>
          </w:tcPr>
          <w:p>
            <w:r>
              <w:t>navidmka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913101717*</w:t>
            </w:r>
          </w:p>
        </w:tc>
        <w:tc>
          <w:tcPr>
            <w:tcW w:type="dxa" w:w="1728"/>
          </w:tcPr>
          <w:p>
            <w:r>
              <w:t>marzie</w:t>
            </w:r>
          </w:p>
        </w:tc>
        <w:tc>
          <w:tcPr>
            <w:tcW w:type="dxa" w:w="1728"/>
          </w:tcPr>
          <w:p>
            <w:r>
              <w:t>naghdi</w:t>
            </w:r>
          </w:p>
        </w:tc>
        <w:tc>
          <w:tcPr>
            <w:tcW w:type="dxa" w:w="1728"/>
          </w:tcPr>
          <w:p>
            <w:r>
              <w:t>naghdi21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9370*0*93*</w:t>
            </w:r>
          </w:p>
        </w:tc>
        <w:tc>
          <w:tcPr>
            <w:tcW w:type="dxa" w:w="1728"/>
          </w:tcPr>
          <w:p>
            <w:r>
              <w:t>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TabaX2_ei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93**191*77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>
              <w:t>Reyhani</w:t>
            </w:r>
          </w:p>
        </w:tc>
        <w:tc>
          <w:tcPr>
            <w:tcW w:type="dxa" w:w="1728"/>
          </w:tcPr>
          <w:p>
            <w:r>
              <w:t>zahra_reyhani98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91*92*0*1*</w:t>
            </w:r>
          </w:p>
        </w:tc>
        <w:tc>
          <w:tcPr>
            <w:tcW w:type="dxa" w:w="1728"/>
          </w:tcPr>
          <w:p>
            <w:r>
              <w:t>Saeid.sh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91744*2304</w:t>
            </w:r>
          </w:p>
        </w:tc>
        <w:tc>
          <w:tcPr>
            <w:tcW w:type="dxa" w:w="1728"/>
          </w:tcPr>
          <w:p>
            <w:r>
              <w:t>Arsalan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aalinejadii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9109*2*421</w:t>
            </w:r>
          </w:p>
        </w:tc>
        <w:tc>
          <w:tcPr>
            <w:tcW w:type="dxa" w:w="1728"/>
          </w:tcPr>
          <w:p>
            <w:r>
              <w:t>Mohamadali</w:t>
            </w:r>
          </w:p>
        </w:tc>
        <w:tc>
          <w:tcPr>
            <w:tcW w:type="dxa" w:w="1728"/>
          </w:tcPr>
          <w:p>
            <w:r>
              <w:t>Alemi</w:t>
            </w:r>
          </w:p>
        </w:tc>
        <w:tc>
          <w:tcPr>
            <w:tcW w:type="dxa" w:w="1728"/>
          </w:tcPr>
          <w:p>
            <w:r>
              <w:t>Maalemi55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  <w:tr>
        <w:tc>
          <w:tcPr>
            <w:tcW w:type="dxa" w:w="1728"/>
          </w:tcPr>
          <w:p>
            <w:r>
              <w:t>93*070**77</w:t>
            </w:r>
          </w:p>
        </w:tc>
        <w:tc>
          <w:tcPr>
            <w:tcW w:type="dxa" w:w="1728"/>
          </w:tcPr>
          <w:p>
            <w:r>
              <w:t>Masood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masood_mottaghizadeh</w:t>
            </w:r>
          </w:p>
        </w:tc>
        <w:tc>
          <w:tcPr>
            <w:tcW w:type="dxa" w:w="1728"/>
          </w:tcPr>
          <w:p>
            <w:r>
              <w:t>DIgSILENT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DIgSILENT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