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Crypto_hunters2020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Crypto_hunters2020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9173777410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>
              <w:t>V</w:t>
            </w:r>
          </w:p>
        </w:tc>
        <w:tc>
          <w:tcPr>
            <w:tcW w:type="dxa" w:w="1728"/>
          </w:tcPr>
          <w:p>
            <w:r>
              <w:t>VS1394</w:t>
            </w:r>
          </w:p>
        </w:tc>
        <w:tc>
          <w:tcPr>
            <w:tcW w:type="dxa" w:w="1728"/>
          </w:tcPr>
          <w:p>
            <w:r>
              <w:t>Crypto_hunters2020🔫</w:t>
            </w:r>
          </w:p>
        </w:tc>
      </w:tr>
      <w:tr>
        <w:tc>
          <w:tcPr>
            <w:tcW w:type="dxa" w:w="1728"/>
          </w:tcPr>
          <w:p>
            <w:r>
              <w:t>91*234132*</w:t>
            </w:r>
          </w:p>
        </w:tc>
        <w:tc>
          <w:tcPr>
            <w:tcW w:type="dxa" w:w="1728"/>
          </w:tcPr>
          <w:p>
            <w:r>
              <w:t>arshia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arshia_1326</w:t>
            </w:r>
          </w:p>
        </w:tc>
        <w:tc>
          <w:tcPr>
            <w:tcW w:type="dxa" w:w="1728"/>
          </w:tcPr>
          <w:p>
            <w:r>
              <w:t>Crypto_hunters2020🔫</w:t>
            </w:r>
          </w:p>
        </w:tc>
      </w:tr>
      <w:tr>
        <w:tc>
          <w:tcPr>
            <w:tcW w:type="dxa" w:w="1728"/>
          </w:tcPr>
          <w:p>
            <w:r>
              <w:t>912717*92*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Petrojam</w:t>
            </w:r>
          </w:p>
        </w:tc>
        <w:tc>
          <w:tcPr>
            <w:tcW w:type="dxa" w:w="1728"/>
          </w:tcPr>
          <w:p>
            <w:r>
              <w:t>Crypto_hunters2020🔫</w:t>
            </w:r>
          </w:p>
        </w:tc>
      </w:tr>
      <w:tr>
        <w:tc>
          <w:tcPr>
            <w:tcW w:type="dxa" w:w="1728"/>
          </w:tcPr>
          <w:p>
            <w:r>
              <w:t>9397140*1*</w:t>
            </w:r>
          </w:p>
        </w:tc>
        <w:tc>
          <w:tcPr>
            <w:tcW w:type="dxa" w:w="1728"/>
          </w:tcPr>
          <w:p>
            <w:r>
              <w:t>Farshad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farshad136</w:t>
            </w:r>
          </w:p>
        </w:tc>
        <w:tc>
          <w:tcPr>
            <w:tcW w:type="dxa" w:w="1728"/>
          </w:tcPr>
          <w:p>
            <w:r>
              <w:t>Crypto_hunters2020🔫</w:t>
            </w:r>
          </w:p>
        </w:tc>
      </w:tr>
      <w:tr>
        <w:tc>
          <w:tcPr>
            <w:tcW w:type="dxa" w:w="1728"/>
          </w:tcPr>
          <w:p>
            <w:r>
              <w:t>9177*09303</w:t>
            </w:r>
          </w:p>
        </w:tc>
        <w:tc>
          <w:tcPr>
            <w:tcW w:type="dxa" w:w="1728"/>
          </w:tcPr>
          <w:p>
            <w:r>
              <w:t>جمال</w:t>
            </w:r>
          </w:p>
        </w:tc>
        <w:tc>
          <w:tcPr>
            <w:tcW w:type="dxa" w:w="1728"/>
          </w:tcPr>
          <w:p>
            <w:r>
              <w:t>کرچی</w:t>
            </w:r>
          </w:p>
        </w:tc>
        <w:tc>
          <w:tcPr>
            <w:tcW w:type="dxa" w:w="1728"/>
          </w:tcPr>
          <w:p>
            <w:r>
              <w:t>Jkorchi</w:t>
            </w:r>
          </w:p>
        </w:tc>
        <w:tc>
          <w:tcPr>
            <w:tcW w:type="dxa" w:w="1728"/>
          </w:tcPr>
          <w:p>
            <w:r>
              <w:t>Crypto_hunters2020🔫</w:t>
            </w:r>
          </w:p>
        </w:tc>
      </w:tr>
      <w:tr>
        <w:tc>
          <w:tcPr>
            <w:tcW w:type="dxa" w:w="1728"/>
          </w:tcPr>
          <w:p>
            <w:r>
              <w:t>9139*29221</w:t>
            </w:r>
          </w:p>
        </w:tc>
        <w:tc>
          <w:tcPr>
            <w:tcW w:type="dxa" w:w="1728"/>
          </w:tcPr>
          <w:p>
            <w:r>
              <w:t>دل به دل راه داره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abolghesem13</w:t>
            </w:r>
          </w:p>
        </w:tc>
        <w:tc>
          <w:tcPr>
            <w:tcW w:type="dxa" w:w="1728"/>
          </w:tcPr>
          <w:p>
            <w:r>
              <w:t>Crypto_hunters2020🔫</w:t>
            </w:r>
          </w:p>
        </w:tc>
      </w:tr>
      <w:tr>
        <w:tc>
          <w:tcPr>
            <w:tcW w:type="dxa" w:w="1728"/>
          </w:tcPr>
          <w:p>
            <w:r>
              <w:t>91*4317797</w:t>
            </w:r>
          </w:p>
        </w:tc>
        <w:tc>
          <w:tcPr>
            <w:tcW w:type="dxa" w:w="1728"/>
          </w:tcPr>
          <w:p>
            <w:r>
              <w:t>AS</w:t>
            </w:r>
          </w:p>
        </w:tc>
        <w:tc>
          <w:tcPr>
            <w:tcW w:type="dxa" w:w="1728"/>
          </w:tcPr>
          <w:p>
            <w:r>
              <w:t>N</w:t>
            </w:r>
          </w:p>
        </w:tc>
        <w:tc>
          <w:tcPr>
            <w:tcW w:type="dxa" w:w="1728"/>
          </w:tcPr>
          <w:p>
            <w:r>
              <w:t>AmirsaiedN</w:t>
            </w:r>
          </w:p>
        </w:tc>
        <w:tc>
          <w:tcPr>
            <w:tcW w:type="dxa" w:w="1728"/>
          </w:tcPr>
          <w:p>
            <w:r>
              <w:t>Crypto_hunters2020🔫</w:t>
            </w:r>
          </w:p>
        </w:tc>
      </w:tr>
      <w:tr>
        <w:tc>
          <w:tcPr>
            <w:tcW w:type="dxa" w:w="1728"/>
          </w:tcPr>
          <w:p>
            <w:r>
              <w:t>917047**17</w:t>
            </w:r>
          </w:p>
        </w:tc>
        <w:tc>
          <w:tcPr>
            <w:tcW w:type="dxa" w:w="1728"/>
          </w:tcPr>
          <w:p>
            <w:r>
              <w:t>Mamad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seyedd_moh</w:t>
            </w:r>
          </w:p>
        </w:tc>
        <w:tc>
          <w:tcPr>
            <w:tcW w:type="dxa" w:w="1728"/>
          </w:tcPr>
          <w:p>
            <w:r>
              <w:t>Crypto_hunters2020🔫</w:t>
            </w:r>
          </w:p>
        </w:tc>
      </w:tr>
      <w:tr>
        <w:tc>
          <w:tcPr>
            <w:tcW w:type="dxa" w:w="1728"/>
          </w:tcPr>
          <w:p>
            <w:r>
              <w:t>913212*92*</w:t>
            </w:r>
          </w:p>
        </w:tc>
        <w:tc>
          <w:tcPr>
            <w:tcW w:type="dxa" w:w="1728"/>
          </w:tcPr>
          <w:p>
            <w:r>
              <w:t>مازی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mazi_64</w:t>
            </w:r>
          </w:p>
        </w:tc>
        <w:tc>
          <w:tcPr>
            <w:tcW w:type="dxa" w:w="1728"/>
          </w:tcPr>
          <w:p>
            <w:r>
              <w:t>Crypto_hunters2020🔫</w:t>
            </w:r>
          </w:p>
        </w:tc>
      </w:tr>
      <w:tr>
        <w:tc>
          <w:tcPr>
            <w:tcW w:type="dxa" w:w="1728"/>
          </w:tcPr>
          <w:p>
            <w:r>
              <w:t>91*33***7*</w:t>
            </w:r>
          </w:p>
        </w:tc>
        <w:tc>
          <w:tcPr>
            <w:tcW w:type="dxa" w:w="1728"/>
          </w:tcPr>
          <w:p>
            <w:r>
              <w:t>Ehsan</w:t>
            </w:r>
          </w:p>
        </w:tc>
        <w:tc>
          <w:tcPr>
            <w:tcW w:type="dxa" w:w="1728"/>
          </w:tcPr>
          <w:p>
            <w:r>
              <w:t>Ch</w:t>
            </w:r>
          </w:p>
        </w:tc>
        <w:tc>
          <w:tcPr>
            <w:tcW w:type="dxa" w:w="1728"/>
          </w:tcPr>
          <w:p>
            <w:r>
              <w:t>ehsan_terore</w:t>
            </w:r>
          </w:p>
        </w:tc>
        <w:tc>
          <w:tcPr>
            <w:tcW w:type="dxa" w:w="1728"/>
          </w:tcPr>
          <w:p>
            <w:r>
              <w:t>Crypto_hunters2020🔫</w:t>
            </w:r>
          </w:p>
        </w:tc>
      </w:tr>
      <w:tr>
        <w:tc>
          <w:tcPr>
            <w:tcW w:type="dxa" w:w="1728"/>
          </w:tcPr>
          <w:p>
            <w:r>
              <w:t>91**709**7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amir1029u</w:t>
            </w:r>
          </w:p>
        </w:tc>
        <w:tc>
          <w:tcPr>
            <w:tcW w:type="dxa" w:w="1728"/>
          </w:tcPr>
          <w:p>
            <w:r>
              <w:t>Crypto_hunters2020🔫</w:t>
            </w:r>
          </w:p>
        </w:tc>
      </w:tr>
      <w:tr>
        <w:tc>
          <w:tcPr>
            <w:tcW w:type="dxa" w:w="1728"/>
          </w:tcPr>
          <w:p>
            <w:r>
              <w:t>93339042*1</w:t>
            </w:r>
          </w:p>
        </w:tc>
        <w:tc>
          <w:tcPr>
            <w:tcW w:type="dxa" w:w="1728"/>
          </w:tcPr>
          <w:p>
            <w:r>
              <w:t>🌑TAKEMORA🌑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Takemora</w:t>
            </w:r>
          </w:p>
        </w:tc>
        <w:tc>
          <w:tcPr>
            <w:tcW w:type="dxa" w:w="1728"/>
          </w:tcPr>
          <w:p>
            <w:r>
              <w:t>Crypto_hunters2020🔫</w:t>
            </w:r>
          </w:p>
        </w:tc>
      </w:tr>
      <w:tr>
        <w:tc>
          <w:tcPr>
            <w:tcW w:type="dxa" w:w="1728"/>
          </w:tcPr>
          <w:p>
            <w:r>
              <w:t>91219*1000</w:t>
            </w:r>
          </w:p>
        </w:tc>
        <w:tc>
          <w:tcPr>
            <w:tcW w:type="dxa" w:w="1728"/>
          </w:tcPr>
          <w:p>
            <w:r>
              <w:t>a.g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Agorjii</w:t>
            </w:r>
          </w:p>
        </w:tc>
        <w:tc>
          <w:tcPr>
            <w:tcW w:type="dxa" w:w="1728"/>
          </w:tcPr>
          <w:p>
            <w:r>
              <w:t>Crypto_hunters2020🔫</w:t>
            </w:r>
          </w:p>
        </w:tc>
      </w:tr>
      <w:tr>
        <w:tc>
          <w:tcPr>
            <w:tcW w:type="dxa" w:w="1728"/>
          </w:tcPr>
          <w:p>
            <w:r>
              <w:t>9134**7*14</w:t>
            </w:r>
          </w:p>
        </w:tc>
        <w:tc>
          <w:tcPr>
            <w:tcW w:type="dxa" w:w="1728"/>
          </w:tcPr>
          <w:p>
            <w:r>
              <w:t>M.ny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Mhdi_ny</w:t>
            </w:r>
          </w:p>
        </w:tc>
        <w:tc>
          <w:tcPr>
            <w:tcW w:type="dxa" w:w="1728"/>
          </w:tcPr>
          <w:p>
            <w:r>
              <w:t>Crypto_hunters2020🔫</w:t>
            </w:r>
          </w:p>
        </w:tc>
      </w:tr>
      <w:tr>
        <w:tc>
          <w:tcPr>
            <w:tcW w:type="dxa" w:w="1728"/>
          </w:tcPr>
          <w:p>
            <w:r>
              <w:t>93*7931227</w:t>
            </w:r>
          </w:p>
        </w:tc>
        <w:tc>
          <w:tcPr>
            <w:tcW w:type="dxa" w:w="1728"/>
          </w:tcPr>
          <w:p>
            <w:r>
              <w:t>Mahdi.esf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Mesf1370</w:t>
            </w:r>
          </w:p>
        </w:tc>
        <w:tc>
          <w:tcPr>
            <w:tcW w:type="dxa" w:w="1728"/>
          </w:tcPr>
          <w:p>
            <w:r>
              <w:t>Crypto_hunters2020🔫</w:t>
            </w:r>
          </w:p>
        </w:tc>
      </w:tr>
      <w:tr>
        <w:tc>
          <w:tcPr>
            <w:tcW w:type="dxa" w:w="1728"/>
          </w:tcPr>
          <w:p>
            <w:r>
              <w:t>91410013**</w:t>
            </w:r>
          </w:p>
        </w:tc>
        <w:tc>
          <w:tcPr>
            <w:tcW w:type="dxa" w:w="1728"/>
          </w:tcPr>
          <w:p>
            <w:r>
              <w:t>Mohammad Amin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mohamadde74</w:t>
            </w:r>
          </w:p>
        </w:tc>
        <w:tc>
          <w:tcPr>
            <w:tcW w:type="dxa" w:w="1728"/>
          </w:tcPr>
          <w:p>
            <w:r>
              <w:t>Crypto_hunters2020🔫</w:t>
            </w:r>
          </w:p>
        </w:tc>
      </w:tr>
      <w:tr>
        <w:tc>
          <w:tcPr>
            <w:tcW w:type="dxa" w:w="1728"/>
          </w:tcPr>
          <w:p>
            <w:r>
              <w:t>933***39*9</w:t>
            </w:r>
          </w:p>
        </w:tc>
        <w:tc>
          <w:tcPr>
            <w:tcW w:type="dxa" w:w="1728"/>
          </w:tcPr>
          <w:p>
            <w:r>
              <w:t>Armin $X🍅🐾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Armin05a</w:t>
            </w:r>
          </w:p>
        </w:tc>
        <w:tc>
          <w:tcPr>
            <w:tcW w:type="dxa" w:w="1728"/>
          </w:tcPr>
          <w:p>
            <w:r>
              <w:t>Crypto_hunters2020🔫</w:t>
            </w:r>
          </w:p>
        </w:tc>
      </w:tr>
      <w:tr>
        <w:tc>
          <w:tcPr>
            <w:tcW w:type="dxa" w:w="1728"/>
          </w:tcPr>
          <w:p>
            <w:r>
              <w:t>9197220*7*</w:t>
            </w:r>
          </w:p>
        </w:tc>
        <w:tc>
          <w:tcPr>
            <w:tcW w:type="dxa" w:w="1728"/>
          </w:tcPr>
          <w:p>
            <w:r>
              <w:t>Mardin</w:t>
            </w:r>
          </w:p>
        </w:tc>
        <w:tc>
          <w:tcPr>
            <w:tcW w:type="dxa" w:w="1728"/>
          </w:tcPr>
          <w:p>
            <w:r>
              <w:t>Manavi</w:t>
            </w:r>
          </w:p>
        </w:tc>
        <w:tc>
          <w:tcPr>
            <w:tcW w:type="dxa" w:w="1728"/>
          </w:tcPr>
          <w:p>
            <w:r>
              <w:t>Mard_in</w:t>
            </w:r>
          </w:p>
        </w:tc>
        <w:tc>
          <w:tcPr>
            <w:tcW w:type="dxa" w:w="1728"/>
          </w:tcPr>
          <w:p>
            <w:r>
              <w:t>Crypto_hunters2020🔫</w:t>
            </w:r>
          </w:p>
        </w:tc>
      </w:tr>
      <w:tr>
        <w:tc>
          <w:tcPr>
            <w:tcW w:type="dxa" w:w="1728"/>
          </w:tcPr>
          <w:p>
            <w:r>
              <w:t>91*2371972</w:t>
            </w:r>
          </w:p>
        </w:tc>
        <w:tc>
          <w:tcPr>
            <w:tcW w:type="dxa" w:w="1728"/>
          </w:tcPr>
          <w:p>
            <w:r>
              <w:t>Mehrshad</w:t>
            </w:r>
          </w:p>
        </w:tc>
        <w:tc>
          <w:tcPr>
            <w:tcW w:type="dxa" w:w="1728"/>
          </w:tcPr>
          <w:p>
            <w:r>
              <w:t>Nd</w:t>
            </w:r>
          </w:p>
        </w:tc>
        <w:tc>
          <w:tcPr>
            <w:tcW w:type="dxa" w:w="1728"/>
          </w:tcPr>
          <w:p>
            <w:r>
              <w:t>mehrshadnd</w:t>
            </w:r>
          </w:p>
        </w:tc>
        <w:tc>
          <w:tcPr>
            <w:tcW w:type="dxa" w:w="1728"/>
          </w:tcPr>
          <w:p>
            <w:r>
              <w:t>Crypto_hunters2020🔫</w:t>
            </w:r>
          </w:p>
        </w:tc>
      </w:tr>
      <w:tr>
        <w:tc>
          <w:tcPr>
            <w:tcW w:type="dxa" w:w="1728"/>
          </w:tcPr>
          <w:p>
            <w:r>
              <w:t>9101***339</w:t>
            </w:r>
          </w:p>
        </w:tc>
        <w:tc>
          <w:tcPr>
            <w:tcW w:type="dxa" w:w="1728"/>
          </w:tcPr>
          <w:p>
            <w:r>
              <w:t>Hedieh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hedi_asd</w:t>
            </w:r>
          </w:p>
        </w:tc>
        <w:tc>
          <w:tcPr>
            <w:tcW w:type="dxa" w:w="1728"/>
          </w:tcPr>
          <w:p>
            <w:r>
              <w:t>Crypto_hunters2020🔫</w:t>
            </w:r>
          </w:p>
        </w:tc>
      </w:tr>
      <w:tr>
        <w:tc>
          <w:tcPr>
            <w:tcW w:type="dxa" w:w="1728"/>
          </w:tcPr>
          <w:p>
            <w:r>
              <w:t>9397911*71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Alirezaakhoshdel</w:t>
            </w:r>
          </w:p>
        </w:tc>
        <w:tc>
          <w:tcPr>
            <w:tcW w:type="dxa" w:w="1728"/>
          </w:tcPr>
          <w:p>
            <w:r>
              <w:t>Crypto_hunters2020🔫</w:t>
            </w:r>
          </w:p>
        </w:tc>
      </w:tr>
      <w:tr>
        <w:tc>
          <w:tcPr>
            <w:tcW w:type="dxa" w:w="1728"/>
          </w:tcPr>
          <w:p>
            <w:r>
              <w:t>9031042232</w:t>
            </w:r>
          </w:p>
        </w:tc>
        <w:tc>
          <w:tcPr>
            <w:tcW w:type="dxa" w:w="1728"/>
          </w:tcPr>
          <w:p>
            <w:r>
              <w:t>Arya._geravandi.13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Arya2232</w:t>
            </w:r>
          </w:p>
        </w:tc>
        <w:tc>
          <w:tcPr>
            <w:tcW w:type="dxa" w:w="1728"/>
          </w:tcPr>
          <w:p>
            <w:r>
              <w:t>Crypto_hunters2020🔫</w:t>
            </w:r>
          </w:p>
        </w:tc>
      </w:tr>
      <w:tr>
        <w:tc>
          <w:tcPr>
            <w:tcW w:type="dxa" w:w="1728"/>
          </w:tcPr>
          <w:p>
            <w:r>
              <w:t>91034**434</w:t>
            </w:r>
          </w:p>
        </w:tc>
        <w:tc>
          <w:tcPr>
            <w:tcW w:type="dxa" w:w="1728"/>
          </w:tcPr>
          <w:p>
            <w:r>
              <w:t>ERFAN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erfan0045</w:t>
            </w:r>
          </w:p>
        </w:tc>
        <w:tc>
          <w:tcPr>
            <w:tcW w:type="dxa" w:w="1728"/>
          </w:tcPr>
          <w:p>
            <w:r>
              <w:t>Crypto_hunters2020🔫</w:t>
            </w:r>
          </w:p>
        </w:tc>
      </w:tr>
      <w:tr>
        <w:tc>
          <w:tcPr>
            <w:tcW w:type="dxa" w:w="1728"/>
          </w:tcPr>
          <w:p>
            <w:r>
              <w:t>93**93223*</w:t>
            </w:r>
          </w:p>
        </w:tc>
        <w:tc>
          <w:tcPr>
            <w:tcW w:type="dxa" w:w="1728"/>
          </w:tcPr>
          <w:p>
            <w:r>
              <w:t>Hamidreza</w:t>
            </w:r>
          </w:p>
        </w:tc>
        <w:tc>
          <w:tcPr>
            <w:tcW w:type="dxa" w:w="1728"/>
          </w:tcPr>
          <w:p>
            <w:r>
              <w:t>2236</w:t>
            </w:r>
          </w:p>
        </w:tc>
        <w:tc>
          <w:tcPr>
            <w:tcW w:type="dxa" w:w="1728"/>
          </w:tcPr>
          <w:p>
            <w:r>
              <w:t>hamidreza_2236</w:t>
            </w:r>
          </w:p>
        </w:tc>
        <w:tc>
          <w:tcPr>
            <w:tcW w:type="dxa" w:w="1728"/>
          </w:tcPr>
          <w:p>
            <w:r>
              <w:t>Crypto_hunters2020🔫</w:t>
            </w:r>
          </w:p>
        </w:tc>
      </w:tr>
      <w:tr>
        <w:tc>
          <w:tcPr>
            <w:tcW w:type="dxa" w:w="1728"/>
          </w:tcPr>
          <w:p>
            <w:r>
              <w:t>9371992*77</w:t>
            </w:r>
          </w:p>
        </w:tc>
        <w:tc>
          <w:tcPr>
            <w:tcW w:type="dxa" w:w="1728"/>
          </w:tcPr>
          <w:p>
            <w:r>
              <w:t>Mohamad</w:t>
            </w:r>
          </w:p>
        </w:tc>
        <w:tc>
          <w:tcPr>
            <w:tcW w:type="dxa" w:w="1728"/>
          </w:tcPr>
          <w:p>
            <w:r>
              <w:t>MohamadAli</w:t>
            </w:r>
          </w:p>
        </w:tc>
        <w:tc>
          <w:tcPr>
            <w:tcW w:type="dxa" w:w="1728"/>
          </w:tcPr>
          <w:p>
            <w:r>
              <w:t>M_H_M1989</w:t>
            </w:r>
          </w:p>
        </w:tc>
        <w:tc>
          <w:tcPr>
            <w:tcW w:type="dxa" w:w="1728"/>
          </w:tcPr>
          <w:p>
            <w:r>
              <w:t>Crypto_hunters2020🔫</w:t>
            </w:r>
          </w:p>
        </w:tc>
      </w:tr>
      <w:tr>
        <w:tc>
          <w:tcPr>
            <w:tcW w:type="dxa" w:w="1728"/>
          </w:tcPr>
          <w:p>
            <w:r>
              <w:t>91431**10*</w:t>
            </w:r>
          </w:p>
        </w:tc>
        <w:tc>
          <w:tcPr>
            <w:tcW w:type="dxa" w:w="1728"/>
          </w:tcPr>
          <w:p>
            <w:r>
              <w:t>محمد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MohammadZB1</w:t>
            </w:r>
          </w:p>
        </w:tc>
        <w:tc>
          <w:tcPr>
            <w:tcW w:type="dxa" w:w="1728"/>
          </w:tcPr>
          <w:p>
            <w:r>
              <w:t>Crypto_hunters2020🔫</w:t>
            </w:r>
          </w:p>
        </w:tc>
      </w:tr>
      <w:tr>
        <w:tc>
          <w:tcPr>
            <w:tcW w:type="dxa" w:w="1728"/>
          </w:tcPr>
          <w:p>
            <w:r>
              <w:t>939*1**10*</w:t>
            </w:r>
          </w:p>
        </w:tc>
        <w:tc>
          <w:tcPr>
            <w:tcW w:type="dxa" w:w="1728"/>
          </w:tcPr>
          <w:p>
            <w:r>
              <w:t>👣artis👣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Artis_ir</w:t>
            </w:r>
          </w:p>
        </w:tc>
        <w:tc>
          <w:tcPr>
            <w:tcW w:type="dxa" w:w="1728"/>
          </w:tcPr>
          <w:p>
            <w:r>
              <w:t>Crypto_hunters2020🔫</w:t>
            </w:r>
          </w:p>
        </w:tc>
      </w:tr>
      <w:tr>
        <w:tc>
          <w:tcPr>
            <w:tcW w:type="dxa" w:w="1728"/>
          </w:tcPr>
          <w:p>
            <w:r>
              <w:t>930*2*47**</w:t>
            </w:r>
          </w:p>
        </w:tc>
        <w:tc>
          <w:tcPr>
            <w:tcW w:type="dxa" w:w="1728"/>
          </w:tcPr>
          <w:p>
            <w:r>
              <w:t>majid</w:t>
            </w:r>
          </w:p>
        </w:tc>
        <w:tc>
          <w:tcPr>
            <w:tcW w:type="dxa" w:w="1728"/>
          </w:tcPr>
          <w:p>
            <w:r>
              <w:t>noori</w:t>
            </w:r>
          </w:p>
        </w:tc>
        <w:tc>
          <w:tcPr>
            <w:tcW w:type="dxa" w:w="1728"/>
          </w:tcPr>
          <w:p>
            <w:r>
              <w:t>majidnoori67</w:t>
            </w:r>
          </w:p>
        </w:tc>
        <w:tc>
          <w:tcPr>
            <w:tcW w:type="dxa" w:w="1728"/>
          </w:tcPr>
          <w:p>
            <w:r>
              <w:t>Crypto_hunters2020🔫</w:t>
            </w:r>
          </w:p>
        </w:tc>
      </w:tr>
      <w:tr>
        <w:tc>
          <w:tcPr>
            <w:tcW w:type="dxa" w:w="1728"/>
          </w:tcPr>
          <w:p>
            <w:r>
              <w:t>91274**3*7</w:t>
            </w:r>
          </w:p>
        </w:tc>
        <w:tc>
          <w:tcPr>
            <w:tcW w:type="dxa" w:w="1728"/>
          </w:tcPr>
          <w:p>
            <w:r>
              <w:t>بطهایی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Ba2210</w:t>
            </w:r>
          </w:p>
        </w:tc>
        <w:tc>
          <w:tcPr>
            <w:tcW w:type="dxa" w:w="1728"/>
          </w:tcPr>
          <w:p>
            <w:r>
              <w:t>Crypto_hunters2020🔫</w:t>
            </w:r>
          </w:p>
        </w:tc>
      </w:tr>
      <w:tr>
        <w:tc>
          <w:tcPr>
            <w:tcW w:type="dxa" w:w="1728"/>
          </w:tcPr>
          <w:p>
            <w:r>
              <w:t>91392***01</w:t>
            </w:r>
          </w:p>
        </w:tc>
        <w:tc>
          <w:tcPr>
            <w:tcW w:type="dxa" w:w="1728"/>
          </w:tcPr>
          <w:p>
            <w:r>
              <w:t>Edrisi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Irangranite</w:t>
            </w:r>
          </w:p>
        </w:tc>
        <w:tc>
          <w:tcPr>
            <w:tcW w:type="dxa" w:w="1728"/>
          </w:tcPr>
          <w:p>
            <w:r>
              <w:t>Crypto_hunters2020🔫</w:t>
            </w:r>
          </w:p>
        </w:tc>
      </w:tr>
      <w:tr>
        <w:tc>
          <w:tcPr>
            <w:tcW w:type="dxa" w:w="1728"/>
          </w:tcPr>
          <w:p>
            <w:r>
              <w:t>91***1*344</w:t>
            </w:r>
          </w:p>
        </w:tc>
        <w:tc>
          <w:tcPr>
            <w:tcW w:type="dxa" w:w="1728"/>
          </w:tcPr>
          <w:p>
            <w:r>
              <w:t>pedram</w:t>
            </w:r>
          </w:p>
        </w:tc>
        <w:tc>
          <w:tcPr>
            <w:tcW w:type="dxa" w:w="1728"/>
          </w:tcPr>
          <w:p>
            <w:r>
              <w:t>saedpanah</w:t>
            </w:r>
          </w:p>
        </w:tc>
        <w:tc>
          <w:tcPr>
            <w:tcW w:type="dxa" w:w="1728"/>
          </w:tcPr>
          <w:p>
            <w:r>
              <w:t>pedramsaedp</w:t>
            </w:r>
          </w:p>
        </w:tc>
        <w:tc>
          <w:tcPr>
            <w:tcW w:type="dxa" w:w="1728"/>
          </w:tcPr>
          <w:p>
            <w:r>
              <w:t>Crypto_hunters2020🔫</w:t>
            </w:r>
          </w:p>
        </w:tc>
      </w:tr>
      <w:tr>
        <w:tc>
          <w:tcPr>
            <w:tcW w:type="dxa" w:w="1728"/>
          </w:tcPr>
          <w:p>
            <w:r>
              <w:t>91****937*</w:t>
            </w:r>
          </w:p>
        </w:tc>
        <w:tc>
          <w:tcPr>
            <w:tcW w:type="dxa" w:w="1728"/>
          </w:tcPr>
          <w:p>
            <w:r>
              <w:t>Mostafa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Mostafa9375</w:t>
            </w:r>
          </w:p>
        </w:tc>
        <w:tc>
          <w:tcPr>
            <w:tcW w:type="dxa" w:w="1728"/>
          </w:tcPr>
          <w:p>
            <w:r>
              <w:t>Crypto_hunters2020🔫</w:t>
            </w:r>
          </w:p>
        </w:tc>
      </w:tr>
      <w:tr>
        <w:tc>
          <w:tcPr>
            <w:tcW w:type="dxa" w:w="1728"/>
          </w:tcPr>
          <w:p>
            <w:r>
              <w:t>9121017*7*</w:t>
            </w:r>
          </w:p>
        </w:tc>
        <w:tc>
          <w:tcPr>
            <w:tcW w:type="dxa" w:w="1728"/>
          </w:tcPr>
          <w:p>
            <w:r>
              <w:t>MOHSEN</w:t>
            </w:r>
          </w:p>
        </w:tc>
        <w:tc>
          <w:tcPr>
            <w:tcW w:type="dxa" w:w="1728"/>
          </w:tcPr>
          <w:p>
            <w:r>
              <w:t>SAMAVATI</w:t>
            </w:r>
          </w:p>
        </w:tc>
        <w:tc>
          <w:tcPr>
            <w:tcW w:type="dxa" w:w="1728"/>
          </w:tcPr>
          <w:p>
            <w:r>
              <w:t>Mohsen_7675</w:t>
            </w:r>
          </w:p>
        </w:tc>
        <w:tc>
          <w:tcPr>
            <w:tcW w:type="dxa" w:w="1728"/>
          </w:tcPr>
          <w:p>
            <w:r>
              <w:t>Crypto_hunters2020🔫</w:t>
            </w:r>
          </w:p>
        </w:tc>
      </w:tr>
      <w:tr>
        <w:tc>
          <w:tcPr>
            <w:tcW w:type="dxa" w:w="1728"/>
          </w:tcPr>
          <w:p>
            <w:r>
              <w:t>91217*1**2</w:t>
            </w:r>
          </w:p>
        </w:tc>
        <w:tc>
          <w:tcPr>
            <w:tcW w:type="dxa" w:w="1728"/>
          </w:tcPr>
          <w:p>
            <w:r>
              <w:t>Mahmoudi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hmahm0udi</w:t>
            </w:r>
          </w:p>
        </w:tc>
        <w:tc>
          <w:tcPr>
            <w:tcW w:type="dxa" w:w="1728"/>
          </w:tcPr>
          <w:p>
            <w:r>
              <w:t>Crypto_hunters2020🔫</w:t>
            </w:r>
          </w:p>
        </w:tc>
      </w:tr>
      <w:tr>
        <w:tc>
          <w:tcPr>
            <w:tcW w:type="dxa" w:w="1728"/>
          </w:tcPr>
          <w:p>
            <w:r>
              <w:t>93*4210044</w:t>
            </w:r>
          </w:p>
        </w:tc>
        <w:tc>
          <w:tcPr>
            <w:tcW w:type="dxa" w:w="1728"/>
          </w:tcPr>
          <w:p>
            <w:r>
              <w:t>kamran</w:t>
            </w:r>
          </w:p>
        </w:tc>
        <w:tc>
          <w:tcPr>
            <w:tcW w:type="dxa" w:w="1728"/>
          </w:tcPr>
          <w:p>
            <w:r>
              <w:t>sadreddini</w:t>
            </w:r>
          </w:p>
        </w:tc>
        <w:tc>
          <w:tcPr>
            <w:tcW w:type="dxa" w:w="1728"/>
          </w:tcPr>
          <w:p>
            <w:r>
              <w:t>kelgram</w:t>
            </w:r>
          </w:p>
        </w:tc>
        <w:tc>
          <w:tcPr>
            <w:tcW w:type="dxa" w:w="1728"/>
          </w:tcPr>
          <w:p>
            <w:r>
              <w:t>Crypto_hunters2020🔫</w:t>
            </w:r>
          </w:p>
        </w:tc>
      </w:tr>
      <w:tr>
        <w:tc>
          <w:tcPr>
            <w:tcW w:type="dxa" w:w="1728"/>
          </w:tcPr>
          <w:p>
            <w:r>
              <w:t>9029147**3</w:t>
            </w:r>
          </w:p>
        </w:tc>
        <w:tc>
          <w:tcPr>
            <w:tcW w:type="dxa" w:w="1728"/>
          </w:tcPr>
          <w:p>
            <w:r>
              <w:t>homay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homayoon82</w:t>
            </w:r>
          </w:p>
        </w:tc>
        <w:tc>
          <w:tcPr>
            <w:tcW w:type="dxa" w:w="1728"/>
          </w:tcPr>
          <w:p>
            <w:r>
              <w:t>Crypto_hunters2020🔫</w:t>
            </w:r>
          </w:p>
        </w:tc>
      </w:tr>
      <w:tr>
        <w:tc>
          <w:tcPr>
            <w:tcW w:type="dxa" w:w="1728"/>
          </w:tcPr>
          <w:p>
            <w:r>
              <w:t>912933900*</w:t>
            </w:r>
          </w:p>
        </w:tc>
        <w:tc>
          <w:tcPr>
            <w:tcW w:type="dxa" w:w="1728"/>
          </w:tcPr>
          <w:p>
            <w:r>
              <w:t>Ss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mosi9005</w:t>
            </w:r>
          </w:p>
        </w:tc>
        <w:tc>
          <w:tcPr>
            <w:tcW w:type="dxa" w:w="1728"/>
          </w:tcPr>
          <w:p>
            <w:r>
              <w:t>Crypto_hunters2020🔫</w:t>
            </w:r>
          </w:p>
        </w:tc>
      </w:tr>
      <w:tr>
        <w:tc>
          <w:tcPr>
            <w:tcW w:type="dxa" w:w="1728"/>
          </w:tcPr>
          <w:p>
            <w:r>
              <w:t>91*102*791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Tajmohamadzade_saleh</w:t>
            </w:r>
          </w:p>
        </w:tc>
        <w:tc>
          <w:tcPr>
            <w:tcW w:type="dxa" w:w="1728"/>
          </w:tcPr>
          <w:p>
            <w:r>
              <w:t>Crypto_hunters2020🔫</w:t>
            </w:r>
          </w:p>
        </w:tc>
      </w:tr>
      <w:tr>
        <w:tc>
          <w:tcPr>
            <w:tcW w:type="dxa" w:w="1728"/>
          </w:tcPr>
          <w:p>
            <w:r>
              <w:t>9123*273*2</w:t>
            </w:r>
          </w:p>
        </w:tc>
        <w:tc>
          <w:tcPr>
            <w:tcW w:type="dxa" w:w="1728"/>
          </w:tcPr>
          <w:p>
            <w:r>
              <w:t>Azadeh</w:t>
            </w:r>
          </w:p>
        </w:tc>
        <w:tc>
          <w:tcPr>
            <w:tcW w:type="dxa" w:w="1728"/>
          </w:tcPr>
          <w:p>
            <w:r>
              <w:t>Lohrasbi</w:t>
            </w:r>
          </w:p>
        </w:tc>
        <w:tc>
          <w:tcPr>
            <w:tcW w:type="dxa" w:w="1728"/>
          </w:tcPr>
          <w:p>
            <w:r>
              <w:t>Viana1355</w:t>
            </w:r>
          </w:p>
        </w:tc>
        <w:tc>
          <w:tcPr>
            <w:tcW w:type="dxa" w:w="1728"/>
          </w:tcPr>
          <w:p>
            <w:r>
              <w:t>Crypto_hunters2020🔫</w:t>
            </w:r>
          </w:p>
        </w:tc>
      </w:tr>
      <w:tr>
        <w:tc>
          <w:tcPr>
            <w:tcW w:type="dxa" w:w="1728"/>
          </w:tcPr>
          <w:p>
            <w:r>
              <w:t>91291*2*11</w:t>
            </w:r>
          </w:p>
        </w:tc>
        <w:tc>
          <w:tcPr>
            <w:tcW w:type="dxa" w:w="1728"/>
          </w:tcPr>
          <w:p>
            <w:r>
              <w:t>$$ss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o_07777</w:t>
            </w:r>
          </w:p>
        </w:tc>
        <w:tc>
          <w:tcPr>
            <w:tcW w:type="dxa" w:w="1728"/>
          </w:tcPr>
          <w:p>
            <w:r>
              <w:t>Crypto_hunters2020🔫</w:t>
            </w:r>
          </w:p>
        </w:tc>
      </w:tr>
      <w:tr>
        <w:tc>
          <w:tcPr>
            <w:tcW w:type="dxa" w:w="1728"/>
          </w:tcPr>
          <w:p>
            <w:r>
              <w:t>93994*2***</w:t>
            </w:r>
          </w:p>
        </w:tc>
        <w:tc>
          <w:tcPr>
            <w:tcW w:type="dxa" w:w="1728"/>
          </w:tcPr>
          <w:p>
            <w:r>
              <w:t>یاشار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Yasharfeyziii</w:t>
            </w:r>
          </w:p>
        </w:tc>
        <w:tc>
          <w:tcPr>
            <w:tcW w:type="dxa" w:w="1728"/>
          </w:tcPr>
          <w:p>
            <w:r>
              <w:t>Crypto_hunters2020🔫</w:t>
            </w:r>
          </w:p>
        </w:tc>
      </w:tr>
      <w:tr>
        <w:tc>
          <w:tcPr>
            <w:tcW w:type="dxa" w:w="1728"/>
          </w:tcPr>
          <w:p>
            <w:r>
              <w:t>9132033*24</w:t>
            </w:r>
          </w:p>
        </w:tc>
        <w:tc>
          <w:tcPr>
            <w:tcW w:type="dxa" w:w="1728"/>
          </w:tcPr>
          <w:p>
            <w:r>
              <w:t>Vahid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Soleyman110</w:t>
            </w:r>
          </w:p>
        </w:tc>
        <w:tc>
          <w:tcPr>
            <w:tcW w:type="dxa" w:w="1728"/>
          </w:tcPr>
          <w:p>
            <w:r>
              <w:t>Crypto_hunters2020🔫</w:t>
            </w:r>
          </w:p>
        </w:tc>
      </w:tr>
      <w:tr>
        <w:tc>
          <w:tcPr>
            <w:tcW w:type="dxa" w:w="1728"/>
          </w:tcPr>
          <w:p>
            <w:r>
              <w:t>903733407*</w:t>
            </w:r>
          </w:p>
        </w:tc>
        <w:tc>
          <w:tcPr>
            <w:tcW w:type="dxa" w:w="1728"/>
          </w:tcPr>
          <w:p>
            <w:r>
              <w:t>behzad</w:t>
            </w:r>
          </w:p>
        </w:tc>
        <w:tc>
          <w:tcPr>
            <w:tcW w:type="dxa" w:w="1728"/>
          </w:tcPr>
          <w:p>
            <w:r>
              <w:t>b</w:t>
            </w:r>
          </w:p>
        </w:tc>
        <w:tc>
          <w:tcPr>
            <w:tcW w:type="dxa" w:w="1728"/>
          </w:tcPr>
          <w:p>
            <w:r>
              <w:t>bhzdb</w:t>
            </w:r>
          </w:p>
        </w:tc>
        <w:tc>
          <w:tcPr>
            <w:tcW w:type="dxa" w:w="1728"/>
          </w:tcPr>
          <w:p>
            <w:r>
              <w:t>Crypto_hunters2020🔫</w:t>
            </w:r>
          </w:p>
        </w:tc>
      </w:tr>
      <w:tr>
        <w:tc>
          <w:tcPr>
            <w:tcW w:type="dxa" w:w="1728"/>
          </w:tcPr>
          <w:p>
            <w:r>
              <w:t>912**4*2*1</w:t>
            </w:r>
          </w:p>
        </w:tc>
        <w:tc>
          <w:tcPr>
            <w:tcW w:type="dxa" w:w="1728"/>
          </w:tcPr>
          <w:p>
            <w:r>
              <w:t>Fareborz</w:t>
            </w:r>
          </w:p>
        </w:tc>
        <w:tc>
          <w:tcPr>
            <w:tcW w:type="dxa" w:w="1728"/>
          </w:tcPr>
          <w:p>
            <w:r>
              <w:t>Kharabi</w:t>
            </w:r>
          </w:p>
        </w:tc>
        <w:tc>
          <w:tcPr>
            <w:tcW w:type="dxa" w:w="1728"/>
          </w:tcPr>
          <w:p>
            <w:r>
              <w:t>FariborzKharabi</w:t>
            </w:r>
          </w:p>
        </w:tc>
        <w:tc>
          <w:tcPr>
            <w:tcW w:type="dxa" w:w="1728"/>
          </w:tcPr>
          <w:p>
            <w:r>
              <w:t>Crypto_hunters2020🔫</w:t>
            </w:r>
          </w:p>
        </w:tc>
      </w:tr>
      <w:tr>
        <w:tc>
          <w:tcPr>
            <w:tcW w:type="dxa" w:w="1728"/>
          </w:tcPr>
          <w:p>
            <w:r>
              <w:t>919**79022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Garg_76</w:t>
            </w:r>
          </w:p>
        </w:tc>
        <w:tc>
          <w:tcPr>
            <w:tcW w:type="dxa" w:w="1728"/>
          </w:tcPr>
          <w:p>
            <w:r>
              <w:t>Crypto_hunters2020🔫</w:t>
            </w:r>
          </w:p>
        </w:tc>
      </w:tr>
      <w:tr>
        <w:tc>
          <w:tcPr>
            <w:tcW w:type="dxa" w:w="1728"/>
          </w:tcPr>
          <w:p>
            <w:r>
              <w:t>9124*342*1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Saeidi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Crypto_hunters2020🔫</w:t>
            </w:r>
          </w:p>
        </w:tc>
      </w:tr>
      <w:tr>
        <w:tc>
          <w:tcPr>
            <w:tcW w:type="dxa" w:w="1728"/>
          </w:tcPr>
          <w:p>
            <w:r>
              <w:t>913039*442</w:t>
            </w:r>
          </w:p>
        </w:tc>
        <w:tc>
          <w:tcPr>
            <w:tcW w:type="dxa" w:w="1728"/>
          </w:tcPr>
          <w:p>
            <w:r>
              <w:t>M.S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rasta_boutique</w:t>
            </w:r>
          </w:p>
        </w:tc>
        <w:tc>
          <w:tcPr>
            <w:tcW w:type="dxa" w:w="1728"/>
          </w:tcPr>
          <w:p>
            <w:r>
              <w:t>Crypto_hunters2020🔫</w:t>
            </w:r>
          </w:p>
        </w:tc>
      </w:tr>
      <w:tr>
        <w:tc>
          <w:tcPr>
            <w:tcW w:type="dxa" w:w="1728"/>
          </w:tcPr>
          <w:p>
            <w:r>
              <w:t>912*31*339</w:t>
            </w:r>
          </w:p>
        </w:tc>
        <w:tc>
          <w:tcPr>
            <w:tcW w:type="dxa" w:w="1728"/>
          </w:tcPr>
          <w:p>
            <w:r>
              <w:t>Mohsen</w:t>
            </w:r>
          </w:p>
        </w:tc>
        <w:tc>
          <w:tcPr>
            <w:tcW w:type="dxa" w:w="1728"/>
          </w:tcPr>
          <w:p>
            <w:r>
              <w:t>Shamsi</w:t>
            </w:r>
          </w:p>
        </w:tc>
        <w:tc>
          <w:tcPr>
            <w:tcW w:type="dxa" w:w="1728"/>
          </w:tcPr>
          <w:p>
            <w:r>
              <w:t>o00oM1355</w:t>
            </w:r>
          </w:p>
        </w:tc>
        <w:tc>
          <w:tcPr>
            <w:tcW w:type="dxa" w:w="1728"/>
          </w:tcPr>
          <w:p>
            <w:r>
              <w:t>Crypto_hunters2020🔫</w:t>
            </w:r>
          </w:p>
        </w:tc>
      </w:tr>
      <w:tr>
        <w:tc>
          <w:tcPr>
            <w:tcW w:type="dxa" w:w="1728"/>
          </w:tcPr>
          <w:p>
            <w:r>
              <w:t>91**04*19*</w:t>
            </w:r>
          </w:p>
        </w:tc>
        <w:tc>
          <w:tcPr>
            <w:tcW w:type="dxa" w:w="1728"/>
          </w:tcPr>
          <w:p>
            <w:r>
              <w:t>Ʀēzä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reza_mir33</w:t>
            </w:r>
          </w:p>
        </w:tc>
        <w:tc>
          <w:tcPr>
            <w:tcW w:type="dxa" w:w="1728"/>
          </w:tcPr>
          <w:p>
            <w:r>
              <w:t>Crypto_hunters2020🔫</w:t>
            </w:r>
          </w:p>
        </w:tc>
      </w:tr>
      <w:tr>
        <w:tc>
          <w:tcPr>
            <w:tcW w:type="dxa" w:w="1728"/>
          </w:tcPr>
          <w:p>
            <w:r>
              <w:t>93*1093730</w:t>
            </w:r>
          </w:p>
        </w:tc>
        <w:tc>
          <w:tcPr>
            <w:tcW w:type="dxa" w:w="1728"/>
          </w:tcPr>
          <w:p>
            <w:r>
              <w:t>Mohamad</w:t>
            </w:r>
          </w:p>
        </w:tc>
        <w:tc>
          <w:tcPr>
            <w:tcW w:type="dxa" w:w="1728"/>
          </w:tcPr>
          <w:p>
            <w:r>
              <w:t>Sh</w:t>
            </w:r>
          </w:p>
        </w:tc>
        <w:tc>
          <w:tcPr>
            <w:tcW w:type="dxa" w:w="1728"/>
          </w:tcPr>
          <w:p>
            <w:r>
              <w:t>syshakeri</w:t>
            </w:r>
          </w:p>
        </w:tc>
        <w:tc>
          <w:tcPr>
            <w:tcW w:type="dxa" w:w="1728"/>
          </w:tcPr>
          <w:p>
            <w:r>
              <w:t>Crypto_hunters2020🔫</w:t>
            </w:r>
          </w:p>
        </w:tc>
      </w:tr>
      <w:tr>
        <w:tc>
          <w:tcPr>
            <w:tcW w:type="dxa" w:w="1728"/>
          </w:tcPr>
          <w:p>
            <w:r>
              <w:t>9901233133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justAliAhmadi</w:t>
            </w:r>
          </w:p>
        </w:tc>
        <w:tc>
          <w:tcPr>
            <w:tcW w:type="dxa" w:w="1728"/>
          </w:tcPr>
          <w:p>
            <w:r>
              <w:t>Crypto_hunters2020🔫</w:t>
            </w:r>
          </w:p>
        </w:tc>
      </w:tr>
      <w:tr>
        <w:tc>
          <w:tcPr>
            <w:tcW w:type="dxa" w:w="1728"/>
          </w:tcPr>
          <w:p>
            <w:r>
              <w:t>9107*04110</w:t>
            </w:r>
          </w:p>
        </w:tc>
        <w:tc>
          <w:tcPr>
            <w:tcW w:type="dxa" w:w="1728"/>
          </w:tcPr>
          <w:p>
            <w:r>
              <w:t>AmirmohamadGhaffari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Amirmohamad_ghaffarii</w:t>
            </w:r>
          </w:p>
        </w:tc>
        <w:tc>
          <w:tcPr>
            <w:tcW w:type="dxa" w:w="1728"/>
          </w:tcPr>
          <w:p>
            <w:r>
              <w:t>Crypto_hunters2020🔫</w:t>
            </w:r>
          </w:p>
        </w:tc>
      </w:tr>
      <w:tr>
        <w:tc>
          <w:tcPr>
            <w:tcW w:type="dxa" w:w="1728"/>
          </w:tcPr>
          <w:p>
            <w:r>
              <w:t>91*74*3*11</w:t>
            </w:r>
          </w:p>
        </w:tc>
        <w:tc>
          <w:tcPr>
            <w:tcW w:type="dxa" w:w="1728"/>
          </w:tcPr>
          <w:p>
            <w:r>
              <w:t>رضا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R27729reza</w:t>
            </w:r>
          </w:p>
        </w:tc>
        <w:tc>
          <w:tcPr>
            <w:tcW w:type="dxa" w:w="1728"/>
          </w:tcPr>
          <w:p>
            <w:r>
              <w:t>Crypto_hunters2020🔫</w:t>
            </w:r>
          </w:p>
        </w:tc>
      </w:tr>
      <w:tr>
        <w:tc>
          <w:tcPr>
            <w:tcW w:type="dxa" w:w="1728"/>
          </w:tcPr>
          <w:p>
            <w:r>
              <w:t>9131*9**72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>
              <w:t>hossein_salehi_1</w:t>
            </w:r>
          </w:p>
        </w:tc>
        <w:tc>
          <w:tcPr>
            <w:tcW w:type="dxa" w:w="1728"/>
          </w:tcPr>
          <w:p>
            <w:r>
              <w:t>Crypto_hunters2020🔫</w:t>
            </w:r>
          </w:p>
        </w:tc>
      </w:tr>
      <w:tr>
        <w:tc>
          <w:tcPr>
            <w:tcW w:type="dxa" w:w="1728"/>
          </w:tcPr>
          <w:p>
            <w:r>
              <w:t>9921*99170</w:t>
            </w:r>
          </w:p>
        </w:tc>
        <w:tc>
          <w:tcPr>
            <w:tcW w:type="dxa" w:w="1728"/>
          </w:tcPr>
          <w:p>
            <w:r>
              <w:t>Arash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Arashgh3</w:t>
            </w:r>
          </w:p>
        </w:tc>
        <w:tc>
          <w:tcPr>
            <w:tcW w:type="dxa" w:w="1728"/>
          </w:tcPr>
          <w:p>
            <w:r>
              <w:t>Crypto_hunters2020🔫</w:t>
            </w:r>
          </w:p>
        </w:tc>
      </w:tr>
      <w:tr>
        <w:tc>
          <w:tcPr>
            <w:tcW w:type="dxa" w:w="1728"/>
          </w:tcPr>
          <w:p>
            <w:r>
              <w:t>93*42*441*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Mohammaaaaaaad</w:t>
            </w:r>
          </w:p>
        </w:tc>
        <w:tc>
          <w:tcPr>
            <w:tcW w:type="dxa" w:w="1728"/>
          </w:tcPr>
          <w:p>
            <w:r>
              <w:t>Crypto_hunters2020🔫</w:t>
            </w:r>
          </w:p>
        </w:tc>
      </w:tr>
      <w:tr>
        <w:tc>
          <w:tcPr>
            <w:tcW w:type="dxa" w:w="1728"/>
          </w:tcPr>
          <w:p>
            <w:r>
              <w:t>990*12*0*9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mfdtaba</w:t>
            </w:r>
          </w:p>
        </w:tc>
        <w:tc>
          <w:tcPr>
            <w:tcW w:type="dxa" w:w="1728"/>
          </w:tcPr>
          <w:p>
            <w:r>
              <w:t>Crypto_hunters2020🔫</w:t>
            </w:r>
          </w:p>
        </w:tc>
      </w:tr>
      <w:tr>
        <w:tc>
          <w:tcPr>
            <w:tcW w:type="dxa" w:w="1728"/>
          </w:tcPr>
          <w:p>
            <w:r>
              <w:t>91423*0113</w:t>
            </w:r>
          </w:p>
        </w:tc>
        <w:tc>
          <w:tcPr>
            <w:tcW w:type="dxa" w:w="1728"/>
          </w:tcPr>
          <w:p>
            <w:r>
              <w:t>A.m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Amin_pirahmadi</w:t>
            </w:r>
          </w:p>
        </w:tc>
        <w:tc>
          <w:tcPr>
            <w:tcW w:type="dxa" w:w="1728"/>
          </w:tcPr>
          <w:p>
            <w:r>
              <w:t>Crypto_hunters2020🔫</w:t>
            </w:r>
          </w:p>
        </w:tc>
      </w:tr>
      <w:tr>
        <w:tc>
          <w:tcPr>
            <w:tcW w:type="dxa" w:w="1728"/>
          </w:tcPr>
          <w:p>
            <w:r>
              <w:t>912039**0*</w:t>
            </w:r>
          </w:p>
        </w:tc>
        <w:tc>
          <w:tcPr>
            <w:tcW w:type="dxa" w:w="1728"/>
          </w:tcPr>
          <w:p>
            <w:r>
              <w:t>♠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Hdfg45645</w:t>
            </w:r>
          </w:p>
        </w:tc>
        <w:tc>
          <w:tcPr>
            <w:tcW w:type="dxa" w:w="1728"/>
          </w:tcPr>
          <w:p>
            <w:r>
              <w:t>Crypto_hunters2020🔫</w:t>
            </w:r>
          </w:p>
        </w:tc>
      </w:tr>
      <w:tr>
        <w:tc>
          <w:tcPr>
            <w:tcW w:type="dxa" w:w="1728"/>
          </w:tcPr>
          <w:p>
            <w:r>
              <w:t>9203*034*4</w:t>
            </w:r>
          </w:p>
        </w:tc>
        <w:tc>
          <w:tcPr>
            <w:tcW w:type="dxa" w:w="1728"/>
          </w:tcPr>
          <w:p>
            <w:r>
              <w:t>𝕸𝖔𝖍𝖆𝖒𝖒𝖆𝖉 𝖏𝖆𝖛𝖆𝖉</w:t>
            </w:r>
          </w:p>
        </w:tc>
        <w:tc>
          <w:tcPr>
            <w:tcW w:type="dxa" w:w="1728"/>
          </w:tcPr>
          <w:p>
            <w:r>
              <w:t>𝕬𝖒𝖎𝖗𝖎</w:t>
            </w:r>
          </w:p>
        </w:tc>
        <w:tc>
          <w:tcPr>
            <w:tcW w:type="dxa" w:w="1728"/>
          </w:tcPr>
          <w:p>
            <w:r>
              <w:t>Kohban54</w:t>
            </w:r>
          </w:p>
        </w:tc>
        <w:tc>
          <w:tcPr>
            <w:tcW w:type="dxa" w:w="1728"/>
          </w:tcPr>
          <w:p>
            <w:r>
              <w:t>Crypto_hunters2020🔫</w:t>
            </w:r>
          </w:p>
        </w:tc>
      </w:tr>
      <w:tr>
        <w:tc>
          <w:tcPr>
            <w:tcW w:type="dxa" w:w="1728"/>
          </w:tcPr>
          <w:p>
            <w:r>
              <w:t>9114**4*00</w:t>
            </w:r>
          </w:p>
        </w:tc>
        <w:tc>
          <w:tcPr>
            <w:tcW w:type="dxa" w:w="1728"/>
          </w:tcPr>
          <w:p>
            <w:r>
              <w:t>Amin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Amin_abaszadeh</w:t>
            </w:r>
          </w:p>
        </w:tc>
        <w:tc>
          <w:tcPr>
            <w:tcW w:type="dxa" w:w="1728"/>
          </w:tcPr>
          <w:p>
            <w:r>
              <w:t>Crypto_hunters2020🔫</w:t>
            </w:r>
          </w:p>
        </w:tc>
      </w:tr>
      <w:tr>
        <w:tc>
          <w:tcPr>
            <w:tcW w:type="dxa" w:w="1728"/>
          </w:tcPr>
          <w:p>
            <w:r>
              <w:t>93**09*992</w:t>
            </w:r>
          </w:p>
        </w:tc>
        <w:tc>
          <w:tcPr>
            <w:tcW w:type="dxa" w:w="1728"/>
          </w:tcPr>
          <w:p>
            <w:r>
              <w:t>R.m</w:t>
            </w:r>
          </w:p>
        </w:tc>
        <w:tc>
          <w:tcPr>
            <w:tcW w:type="dxa" w:w="1728"/>
          </w:tcPr>
          <w:p>
            <w:r>
              <w:t>.........</w:t>
            </w:r>
          </w:p>
        </w:tc>
        <w:tc>
          <w:tcPr>
            <w:tcW w:type="dxa" w:w="1728"/>
          </w:tcPr>
          <w:p>
            <w:r>
              <w:t>R1240</w:t>
            </w:r>
          </w:p>
        </w:tc>
        <w:tc>
          <w:tcPr>
            <w:tcW w:type="dxa" w:w="1728"/>
          </w:tcPr>
          <w:p>
            <w:r>
              <w:t>Crypto_hunters2020🔫</w:t>
            </w:r>
          </w:p>
        </w:tc>
      </w:tr>
      <w:tr>
        <w:tc>
          <w:tcPr>
            <w:tcW w:type="dxa" w:w="1728"/>
          </w:tcPr>
          <w:p>
            <w:r>
              <w:t>93*7*0*0*3</w:t>
            </w:r>
          </w:p>
        </w:tc>
        <w:tc>
          <w:tcPr>
            <w:tcW w:type="dxa" w:w="1728"/>
          </w:tcPr>
          <w:p>
            <w:r>
              <w:t>Amirhosein</w:t>
            </w:r>
          </w:p>
        </w:tc>
        <w:tc>
          <w:tcPr>
            <w:tcW w:type="dxa" w:w="1728"/>
          </w:tcPr>
          <w:p>
            <w:r>
              <w:t>Ahmadi</w:t>
            </w:r>
          </w:p>
        </w:tc>
        <w:tc>
          <w:tcPr>
            <w:tcW w:type="dxa" w:w="1728"/>
          </w:tcPr>
          <w:p>
            <w:r>
              <w:t>Amirhoseinah72</w:t>
            </w:r>
          </w:p>
        </w:tc>
        <w:tc>
          <w:tcPr>
            <w:tcW w:type="dxa" w:w="1728"/>
          </w:tcPr>
          <w:p>
            <w:r>
              <w:t>Crypto_hunters2020🔫</w:t>
            </w:r>
          </w:p>
        </w:tc>
      </w:tr>
      <w:tr>
        <w:tc>
          <w:tcPr>
            <w:tcW w:type="dxa" w:w="1728"/>
          </w:tcPr>
          <w:p>
            <w:r>
              <w:t>93***07744</w:t>
            </w:r>
          </w:p>
        </w:tc>
        <w:tc>
          <w:tcPr>
            <w:tcW w:type="dxa" w:w="1728"/>
          </w:tcPr>
          <w:p>
            <w:r>
              <w:t>Maj.azad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Myfamily69</w:t>
            </w:r>
          </w:p>
        </w:tc>
        <w:tc>
          <w:tcPr>
            <w:tcW w:type="dxa" w:w="1728"/>
          </w:tcPr>
          <w:p>
            <w:r>
              <w:t>Crypto_hunters2020🔫</w:t>
            </w:r>
          </w:p>
        </w:tc>
      </w:tr>
      <w:tr>
        <w:tc>
          <w:tcPr>
            <w:tcW w:type="dxa" w:w="1728"/>
          </w:tcPr>
          <w:p>
            <w:r>
              <w:t>930*7044*4</w:t>
            </w:r>
          </w:p>
        </w:tc>
        <w:tc>
          <w:tcPr>
            <w:tcW w:type="dxa" w:w="1728"/>
          </w:tcPr>
          <w:p>
            <w:r>
              <w:t>Niloofar✟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Nillimi</w:t>
            </w:r>
          </w:p>
        </w:tc>
        <w:tc>
          <w:tcPr>
            <w:tcW w:type="dxa" w:w="1728"/>
          </w:tcPr>
          <w:p>
            <w:r>
              <w:t>Crypto_hunters2020🔫</w:t>
            </w:r>
          </w:p>
        </w:tc>
      </w:tr>
      <w:tr>
        <w:tc>
          <w:tcPr>
            <w:tcW w:type="dxa" w:w="1728"/>
          </w:tcPr>
          <w:p>
            <w:r>
              <w:t>9131**1791</w:t>
            </w:r>
          </w:p>
        </w:tc>
        <w:tc>
          <w:tcPr>
            <w:tcW w:type="dxa" w:w="1728"/>
          </w:tcPr>
          <w:p>
            <w:r>
              <w:t>Mahdieh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Crypto_hunters2020🔫</w:t>
            </w:r>
          </w:p>
        </w:tc>
      </w:tr>
      <w:tr>
        <w:tc>
          <w:tcPr>
            <w:tcW w:type="dxa" w:w="1728"/>
          </w:tcPr>
          <w:p>
            <w:r>
              <w:t>93*171743*</w:t>
            </w:r>
          </w:p>
        </w:tc>
        <w:tc>
          <w:tcPr>
            <w:tcW w:type="dxa" w:w="1728"/>
          </w:tcPr>
          <w:p>
            <w:r>
              <w:t>Nima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nimashooon</w:t>
            </w:r>
          </w:p>
        </w:tc>
        <w:tc>
          <w:tcPr>
            <w:tcW w:type="dxa" w:w="1728"/>
          </w:tcPr>
          <w:p>
            <w:r>
              <w:t>Crypto_hunters2020🔫</w:t>
            </w:r>
          </w:p>
        </w:tc>
      </w:tr>
      <w:tr>
        <w:tc>
          <w:tcPr>
            <w:tcW w:type="dxa" w:w="1728"/>
          </w:tcPr>
          <w:p>
            <w:r>
              <w:t>919**034**</w:t>
            </w:r>
          </w:p>
        </w:tc>
        <w:tc>
          <w:tcPr>
            <w:tcW w:type="dxa" w:w="1728"/>
          </w:tcPr>
          <w:p>
            <w:r>
              <w:t>Sam</w:t>
            </w:r>
          </w:p>
        </w:tc>
        <w:tc>
          <w:tcPr>
            <w:tcW w:type="dxa" w:w="1728"/>
          </w:tcPr>
          <w:p>
            <w:r>
              <w:t>Astaraki</w:t>
            </w:r>
          </w:p>
        </w:tc>
        <w:tc>
          <w:tcPr>
            <w:tcW w:type="dxa" w:w="1728"/>
          </w:tcPr>
          <w:p>
            <w:r>
              <w:t>Astrounatsaz</w:t>
            </w:r>
          </w:p>
        </w:tc>
        <w:tc>
          <w:tcPr>
            <w:tcW w:type="dxa" w:w="1728"/>
          </w:tcPr>
          <w:p>
            <w:r>
              <w:t>Crypto_hunters2020🔫</w:t>
            </w:r>
          </w:p>
        </w:tc>
      </w:tr>
      <w:tr>
        <w:tc>
          <w:tcPr>
            <w:tcW w:type="dxa" w:w="1728"/>
          </w:tcPr>
          <w:p>
            <w:r>
              <w:t>93*4**77*4</w:t>
            </w:r>
          </w:p>
        </w:tc>
        <w:tc>
          <w:tcPr>
            <w:tcW w:type="dxa" w:w="1728"/>
          </w:tcPr>
          <w:p>
            <w:r>
              <w:t>jacob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jacob_13</w:t>
            </w:r>
          </w:p>
        </w:tc>
        <w:tc>
          <w:tcPr>
            <w:tcW w:type="dxa" w:w="1728"/>
          </w:tcPr>
          <w:p>
            <w:r>
              <w:t>Crypto_hunters2020🔫</w:t>
            </w:r>
          </w:p>
        </w:tc>
      </w:tr>
      <w:tr>
        <w:tc>
          <w:tcPr>
            <w:tcW w:type="dxa" w:w="1728"/>
          </w:tcPr>
          <w:p>
            <w:r>
              <w:t>9149000*74</w:t>
            </w:r>
          </w:p>
        </w:tc>
        <w:tc>
          <w:tcPr>
            <w:tcW w:type="dxa" w:w="1728"/>
          </w:tcPr>
          <w:p>
            <w:r>
              <w:t>Hajikazemi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Hajikazemij</w:t>
            </w:r>
          </w:p>
        </w:tc>
        <w:tc>
          <w:tcPr>
            <w:tcW w:type="dxa" w:w="1728"/>
          </w:tcPr>
          <w:p>
            <w:r>
              <w:t>Crypto_hunters2020🔫</w:t>
            </w:r>
          </w:p>
        </w:tc>
      </w:tr>
      <w:tr>
        <w:tc>
          <w:tcPr>
            <w:tcW w:type="dxa" w:w="1728"/>
          </w:tcPr>
          <w:p>
            <w:r>
              <w:t>91*11*77*9</w:t>
            </w:r>
          </w:p>
        </w:tc>
        <w:tc>
          <w:tcPr>
            <w:tcW w:type="dxa" w:w="1728"/>
          </w:tcPr>
          <w:p>
            <w:r>
              <w:t>Marziye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Mrz_4077</w:t>
            </w:r>
          </w:p>
        </w:tc>
        <w:tc>
          <w:tcPr>
            <w:tcW w:type="dxa" w:w="1728"/>
          </w:tcPr>
          <w:p>
            <w:r>
              <w:t>Crypto_hunters2020🔫</w:t>
            </w:r>
          </w:p>
        </w:tc>
      </w:tr>
      <w:tr>
        <w:tc>
          <w:tcPr>
            <w:tcW w:type="dxa" w:w="1728"/>
          </w:tcPr>
          <w:p>
            <w:r>
              <w:t>913*24**77</w:t>
            </w:r>
          </w:p>
        </w:tc>
        <w:tc>
          <w:tcPr>
            <w:tcW w:type="dxa" w:w="1728"/>
          </w:tcPr>
          <w:p>
            <w:r>
              <w:t>هاشمی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sarhmm</w:t>
            </w:r>
          </w:p>
        </w:tc>
        <w:tc>
          <w:tcPr>
            <w:tcW w:type="dxa" w:w="1728"/>
          </w:tcPr>
          <w:p>
            <w:r>
              <w:t>Crypto_hunters2020🔫</w:t>
            </w:r>
          </w:p>
        </w:tc>
      </w:tr>
      <w:tr>
        <w:tc>
          <w:tcPr>
            <w:tcW w:type="dxa" w:w="1728"/>
          </w:tcPr>
          <w:p>
            <w:r>
              <w:t>9129**41*9</w:t>
            </w:r>
          </w:p>
        </w:tc>
        <w:tc>
          <w:tcPr>
            <w:tcW w:type="dxa" w:w="1728"/>
          </w:tcPr>
          <w:p>
            <w:r>
              <w:t>Ali TB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Alitb1</w:t>
            </w:r>
          </w:p>
        </w:tc>
        <w:tc>
          <w:tcPr>
            <w:tcW w:type="dxa" w:w="1728"/>
          </w:tcPr>
          <w:p>
            <w:r>
              <w:t>Crypto_hunters2020🔫</w:t>
            </w:r>
          </w:p>
        </w:tc>
      </w:tr>
      <w:tr>
        <w:tc>
          <w:tcPr>
            <w:tcW w:type="dxa" w:w="1728"/>
          </w:tcPr>
          <w:p>
            <w:r>
              <w:t>91227*9***</w:t>
            </w:r>
          </w:p>
        </w:tc>
        <w:tc>
          <w:tcPr>
            <w:tcW w:type="dxa" w:w="1728"/>
          </w:tcPr>
          <w:p>
            <w:r>
              <w:t>Fatima_re_64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Fatimarezaei64</w:t>
            </w:r>
          </w:p>
        </w:tc>
        <w:tc>
          <w:tcPr>
            <w:tcW w:type="dxa" w:w="1728"/>
          </w:tcPr>
          <w:p>
            <w:r>
              <w:t>Crypto_hunters2020🔫</w:t>
            </w:r>
          </w:p>
        </w:tc>
      </w:tr>
      <w:tr>
        <w:tc>
          <w:tcPr>
            <w:tcW w:type="dxa" w:w="1728"/>
          </w:tcPr>
          <w:p>
            <w:r>
              <w:t>91*2417*11</w:t>
            </w:r>
          </w:p>
        </w:tc>
        <w:tc>
          <w:tcPr>
            <w:tcW w:type="dxa" w:w="1728"/>
          </w:tcPr>
          <w:p>
            <w:r>
              <w:t>Mr mamad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Mohamad_ilam_98</w:t>
            </w:r>
          </w:p>
        </w:tc>
        <w:tc>
          <w:tcPr>
            <w:tcW w:type="dxa" w:w="1728"/>
          </w:tcPr>
          <w:p>
            <w:r>
              <w:t>Crypto_hunters2020🔫</w:t>
            </w:r>
          </w:p>
        </w:tc>
      </w:tr>
      <w:tr>
        <w:tc>
          <w:tcPr>
            <w:tcW w:type="dxa" w:w="1728"/>
          </w:tcPr>
          <w:p>
            <w:r>
              <w:t>912*79****</w:t>
            </w:r>
          </w:p>
        </w:tc>
        <w:tc>
          <w:tcPr>
            <w:tcW w:type="dxa" w:w="1728"/>
          </w:tcPr>
          <w:p>
            <w:r>
              <w:t>Hossein</w:t>
            </w:r>
          </w:p>
        </w:tc>
        <w:tc>
          <w:tcPr>
            <w:tcW w:type="dxa" w:w="1728"/>
          </w:tcPr>
          <w:p>
            <w:r>
              <w:t>Allahyari</w:t>
            </w:r>
          </w:p>
        </w:tc>
        <w:tc>
          <w:tcPr>
            <w:tcW w:type="dxa" w:w="1728"/>
          </w:tcPr>
          <w:p>
            <w:r>
              <w:t>Hossein19811</w:t>
            </w:r>
          </w:p>
        </w:tc>
        <w:tc>
          <w:tcPr>
            <w:tcW w:type="dxa" w:w="1728"/>
          </w:tcPr>
          <w:p>
            <w:r>
              <w:t>Crypto_hunters2020🔫</w:t>
            </w:r>
          </w:p>
        </w:tc>
      </w:tr>
      <w:tr>
        <w:tc>
          <w:tcPr>
            <w:tcW w:type="dxa" w:w="1728"/>
          </w:tcPr>
          <w:p>
            <w:r>
              <w:t>91211*12*2</w:t>
            </w:r>
          </w:p>
        </w:tc>
        <w:tc>
          <w:tcPr>
            <w:tcW w:type="dxa" w:w="1728"/>
          </w:tcPr>
          <w:p>
            <w:r>
              <w:t>Mehrzad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mehrzad_amm</w:t>
            </w:r>
          </w:p>
        </w:tc>
        <w:tc>
          <w:tcPr>
            <w:tcW w:type="dxa" w:w="1728"/>
          </w:tcPr>
          <w:p>
            <w:r>
              <w:t>Crypto_hunters2020🔫</w:t>
            </w:r>
          </w:p>
        </w:tc>
      </w:tr>
      <w:tr>
        <w:tc>
          <w:tcPr>
            <w:tcW w:type="dxa" w:w="1728"/>
          </w:tcPr>
          <w:p>
            <w:r>
              <w:t>93**217117</w:t>
            </w:r>
          </w:p>
        </w:tc>
        <w:tc>
          <w:tcPr>
            <w:tcW w:type="dxa" w:w="1728"/>
          </w:tcPr>
          <w:p>
            <w:r>
              <w:t>m.sh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blue23</w:t>
            </w:r>
          </w:p>
        </w:tc>
        <w:tc>
          <w:tcPr>
            <w:tcW w:type="dxa" w:w="1728"/>
          </w:tcPr>
          <w:p>
            <w:r>
              <w:t>Crypto_hunters2020🔫</w:t>
            </w:r>
          </w:p>
        </w:tc>
      </w:tr>
      <w:tr>
        <w:tc>
          <w:tcPr>
            <w:tcW w:type="dxa" w:w="1728"/>
          </w:tcPr>
          <w:p>
            <w:r>
              <w:t>912*943**0</w:t>
            </w:r>
          </w:p>
        </w:tc>
        <w:tc>
          <w:tcPr>
            <w:tcW w:type="dxa" w:w="1728"/>
          </w:tcPr>
          <w:p>
            <w:r>
              <w:t>ح</w:t>
            </w:r>
          </w:p>
        </w:tc>
        <w:tc>
          <w:tcPr>
            <w:tcW w:type="dxa" w:w="1728"/>
          </w:tcPr>
          <w:p>
            <w:r>
              <w:t>د</w:t>
            </w:r>
          </w:p>
        </w:tc>
        <w:tc>
          <w:tcPr>
            <w:tcW w:type="dxa" w:w="1728"/>
          </w:tcPr>
          <w:p>
            <w:r>
              <w:t>Beespar</w:t>
            </w:r>
          </w:p>
        </w:tc>
        <w:tc>
          <w:tcPr>
            <w:tcW w:type="dxa" w:w="1728"/>
          </w:tcPr>
          <w:p>
            <w:r>
              <w:t>Crypto_hunters2020🔫</w:t>
            </w:r>
          </w:p>
        </w:tc>
      </w:tr>
      <w:tr>
        <w:tc>
          <w:tcPr>
            <w:tcW w:type="dxa" w:w="1728"/>
          </w:tcPr>
          <w:p>
            <w:r>
              <w:t>9193**3193</w:t>
            </w:r>
          </w:p>
        </w:tc>
        <w:tc>
          <w:tcPr>
            <w:tcW w:type="dxa" w:w="1728"/>
          </w:tcPr>
          <w:p>
            <w:r>
              <w:t>▂▃▅▓▒░۩۩Hamed۩۩░▒▓▅▃▂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mohammadi3193</w:t>
            </w:r>
          </w:p>
        </w:tc>
        <w:tc>
          <w:tcPr>
            <w:tcW w:type="dxa" w:w="1728"/>
          </w:tcPr>
          <w:p>
            <w:r>
              <w:t>Crypto_hunters2020🔫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Crypto_hunters2020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