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Bitcoin Bolivia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Bitcoin Bolivia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Bitcoin Bolivia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