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BME.ir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BME.ir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91**919**1</w:t>
            </w:r>
          </w:p>
        </w:tc>
        <w:tc>
          <w:tcPr>
            <w:tcW w:type="dxa" w:w="1728"/>
          </w:tcPr>
          <w:p>
            <w:r>
              <w:t>Farahnaz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Farahnazezati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93749**412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Parisahydri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9391420*14</w:t>
            </w:r>
          </w:p>
        </w:tc>
        <w:tc>
          <w:tcPr>
            <w:tcW w:type="dxa" w:w="1728"/>
          </w:tcPr>
          <w:p>
            <w:r>
              <w:t>H.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hodaomz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93**470*92</w:t>
            </w:r>
          </w:p>
        </w:tc>
        <w:tc>
          <w:tcPr>
            <w:tcW w:type="dxa" w:w="1728"/>
          </w:tcPr>
          <w:p>
            <w:r>
              <w:t>پاسخگویی در اسرع وقت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goldendream_admin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912340792*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H_Safdel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91*377*474</w:t>
            </w:r>
          </w:p>
        </w:tc>
        <w:tc>
          <w:tcPr>
            <w:tcW w:type="dxa" w:w="1728"/>
          </w:tcPr>
          <w:p>
            <w:r>
              <w:t>nazanin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nazanindadras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9379047374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Jami</w:t>
            </w:r>
          </w:p>
        </w:tc>
        <w:tc>
          <w:tcPr>
            <w:tcW w:type="dxa" w:w="1728"/>
          </w:tcPr>
          <w:p>
            <w:r>
              <w:t>A_Z4ever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91*1033942</w:t>
            </w:r>
          </w:p>
        </w:tc>
        <w:tc>
          <w:tcPr>
            <w:tcW w:type="dxa" w:w="1728"/>
          </w:tcPr>
          <w:p>
            <w:r>
              <w:t>Dadgari</w:t>
            </w:r>
          </w:p>
        </w:tc>
        <w:tc>
          <w:tcPr>
            <w:tcW w:type="dxa" w:w="1728"/>
          </w:tcPr>
          <w:p>
            <w:r>
              <w:t>(09151033942)</w:t>
            </w:r>
          </w:p>
        </w:tc>
        <w:tc>
          <w:tcPr>
            <w:tcW w:type="dxa" w:w="1728"/>
          </w:tcPr>
          <w:p>
            <w:r>
              <w:t>MelvariPJSCo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91****99*0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>
              <w:t>Jamili</w:t>
            </w:r>
          </w:p>
        </w:tc>
        <w:tc>
          <w:tcPr>
            <w:tcW w:type="dxa" w:w="1728"/>
          </w:tcPr>
          <w:p>
            <w:r>
              <w:t>shirinjamili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919*2*2**2</w:t>
            </w:r>
          </w:p>
        </w:tc>
        <w:tc>
          <w:tcPr>
            <w:tcW w:type="dxa" w:w="1728"/>
          </w:tcPr>
          <w:p>
            <w:r>
              <w:t>MehRnoOsh MiRzaEe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Mehrnooshmirzaee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93*2191***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sahar_na777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937191*7*7</w:t>
            </w:r>
          </w:p>
        </w:tc>
        <w:tc>
          <w:tcPr>
            <w:tcW w:type="dxa" w:w="1728"/>
          </w:tcPr>
          <w:p>
            <w:r>
              <w:t>Arezoo keshavarz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Arezoo_keshavarz29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910****13*</w:t>
            </w:r>
          </w:p>
        </w:tc>
        <w:tc>
          <w:tcPr>
            <w:tcW w:type="dxa" w:w="1728"/>
          </w:tcPr>
          <w:p>
            <w:r>
              <w:t>نوید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93*1*****3</w:t>
            </w:r>
          </w:p>
        </w:tc>
        <w:tc>
          <w:tcPr>
            <w:tcW w:type="dxa" w:w="1728"/>
          </w:tcPr>
          <w:p>
            <w:r>
              <w:t>Mehdi Shavandi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mhdi_shavandi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91**9**19*</w:t>
            </w:r>
          </w:p>
        </w:tc>
        <w:tc>
          <w:tcPr>
            <w:tcW w:type="dxa" w:w="1728"/>
          </w:tcPr>
          <w:p>
            <w:r>
              <w:t>MaRYaM 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Maryam_976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93*71*10**</w:t>
            </w:r>
          </w:p>
        </w:tc>
        <w:tc>
          <w:tcPr>
            <w:tcW w:type="dxa" w:w="1728"/>
          </w:tcPr>
          <w:p>
            <w:r>
              <w:t>Sophia96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Sophiaxyz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992**1*431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Technical_Assistant1402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93*32*7273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93*7**2913</w:t>
            </w:r>
          </w:p>
        </w:tc>
        <w:tc>
          <w:tcPr>
            <w:tcW w:type="dxa" w:w="1728"/>
          </w:tcPr>
          <w:p>
            <w:r>
              <w:t>Sina Fr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Sina_frr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9017*0****</w:t>
            </w:r>
          </w:p>
        </w:tc>
        <w:tc>
          <w:tcPr>
            <w:tcW w:type="dxa" w:w="1728"/>
          </w:tcPr>
          <w:p>
            <w:r>
              <w:t>Sara zabeti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Sarazabetii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91*****4**</w:t>
            </w:r>
          </w:p>
        </w:tc>
        <w:tc>
          <w:tcPr>
            <w:tcW w:type="dxa" w:w="1728"/>
          </w:tcPr>
          <w:p>
            <w:r>
              <w:t>բдτξμξн👑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93744*33*7</w:t>
            </w:r>
          </w:p>
        </w:tc>
        <w:tc>
          <w:tcPr>
            <w:tcW w:type="dxa" w:w="1728"/>
          </w:tcPr>
          <w:p>
            <w:r>
              <w:t>2r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Dornaz_M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9211*1*79*</w:t>
            </w:r>
          </w:p>
        </w:tc>
        <w:tc>
          <w:tcPr>
            <w:tcW w:type="dxa" w:w="1728"/>
          </w:tcPr>
          <w:p>
            <w:r>
              <w:t>Pedram.f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Pedramf99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9120**0*44</w:t>
            </w:r>
          </w:p>
        </w:tc>
        <w:tc>
          <w:tcPr>
            <w:tcW w:type="dxa" w:w="1728"/>
          </w:tcPr>
          <w:p>
            <w:r>
              <w:t>Nahid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Diihan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92249****4</w:t>
            </w:r>
          </w:p>
        </w:tc>
        <w:tc>
          <w:tcPr>
            <w:tcW w:type="dxa" w:w="1728"/>
          </w:tcPr>
          <w:p>
            <w:r>
              <w:t>Eng. Asadzadeh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Asadzadeh_sa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92123721*2</w:t>
            </w:r>
          </w:p>
        </w:tc>
        <w:tc>
          <w:tcPr>
            <w:tcW w:type="dxa" w:w="1728"/>
          </w:tcPr>
          <w:p>
            <w:r>
              <w:t>Yasser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yasserabdollahiofficial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912*30*2**</w:t>
            </w:r>
          </w:p>
        </w:tc>
        <w:tc>
          <w:tcPr>
            <w:tcW w:type="dxa" w:w="1728"/>
          </w:tcPr>
          <w:p>
            <w:r>
              <w:t>Hosna</w:t>
            </w:r>
          </w:p>
        </w:tc>
        <w:tc>
          <w:tcPr>
            <w:tcW w:type="dxa" w:w="1728"/>
          </w:tcPr>
          <w:p>
            <w:r>
              <w:t>Lagzian</w:t>
            </w:r>
          </w:p>
        </w:tc>
        <w:tc>
          <w:tcPr>
            <w:tcW w:type="dxa" w:w="1728"/>
          </w:tcPr>
          <w:p>
            <w:r>
              <w:t>hosnalagzian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91***24192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Elham_z72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93*1*2**2*</w:t>
            </w:r>
          </w:p>
        </w:tc>
        <w:tc>
          <w:tcPr>
            <w:tcW w:type="dxa" w:w="1728"/>
          </w:tcPr>
          <w:p>
            <w:r>
              <w:t>N.A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9304301*79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Zahraabdizade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93**32914*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maryamthm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93*49**09*</w:t>
            </w:r>
          </w:p>
        </w:tc>
        <w:tc>
          <w:tcPr>
            <w:tcW w:type="dxa" w:w="1728"/>
          </w:tcPr>
          <w:p>
            <w:r>
              <w:t>Maryamhaircolor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maryamdehghan_haircolor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914929*992</w:t>
            </w:r>
          </w:p>
        </w:tc>
        <w:tc>
          <w:tcPr>
            <w:tcW w:type="dxa" w:w="1728"/>
          </w:tcPr>
          <w:p>
            <w:r>
              <w:t>*ayda*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aydakarimlou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93711**7*4</w:t>
            </w:r>
          </w:p>
        </w:tc>
        <w:tc>
          <w:tcPr>
            <w:tcW w:type="dxa" w:w="1728"/>
          </w:tcPr>
          <w:p>
            <w:r>
              <w:t>A@ BME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9907*23***</w:t>
            </w:r>
          </w:p>
        </w:tc>
        <w:tc>
          <w:tcPr>
            <w:tcW w:type="dxa" w:w="1728"/>
          </w:tcPr>
          <w:p>
            <w:r>
              <w:t>N&amp;k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912*1*41*9</w:t>
            </w:r>
          </w:p>
        </w:tc>
        <w:tc>
          <w:tcPr>
            <w:tcW w:type="dxa" w:w="1728"/>
          </w:tcPr>
          <w:p>
            <w:r>
              <w:t>Shabnam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Laddydew720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930*979077</w:t>
            </w:r>
          </w:p>
        </w:tc>
        <w:tc>
          <w:tcPr>
            <w:tcW w:type="dxa" w:w="1728"/>
          </w:tcPr>
          <w:p>
            <w:r>
              <w:t>ꫀꪶꫝꪖꪑ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EN2268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901*4242**</w:t>
            </w:r>
          </w:p>
        </w:tc>
        <w:tc>
          <w:tcPr>
            <w:tcW w:type="dxa" w:w="1728"/>
          </w:tcPr>
          <w:p>
            <w:r>
              <w:t>𝕸𝖔𝖍𝖆𝖒𝖒𝖆𝖉🪽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mohammad_uss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91*2044*90</w:t>
            </w:r>
          </w:p>
        </w:tc>
        <w:tc>
          <w:tcPr>
            <w:tcW w:type="dxa" w:w="1728"/>
          </w:tcPr>
          <w:p>
            <w:r>
              <w:t>یاسین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Y140014001400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91229*110*</w:t>
            </w:r>
          </w:p>
        </w:tc>
        <w:tc>
          <w:tcPr>
            <w:tcW w:type="dxa" w:w="1728"/>
          </w:tcPr>
          <w:p>
            <w:r>
              <w:t>👑Bahar👑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Azadybahar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9307**7323</w:t>
            </w:r>
          </w:p>
        </w:tc>
        <w:tc>
          <w:tcPr>
            <w:tcW w:type="dxa" w:w="1728"/>
          </w:tcPr>
          <w:p>
            <w:r>
              <w:t>Arezoo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Arezooslt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90397*1***</w:t>
            </w:r>
          </w:p>
        </w:tc>
        <w:tc>
          <w:tcPr>
            <w:tcW w:type="dxa" w:w="1728"/>
          </w:tcPr>
          <w:p>
            <w:r>
              <w:t>Mahya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M_sh88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9012399722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>
              <w:t>Marjani</w:t>
            </w:r>
          </w:p>
        </w:tc>
        <w:tc>
          <w:tcPr>
            <w:tcW w:type="dxa" w:w="1728"/>
          </w:tcPr>
          <w:p>
            <w:r>
              <w:t>Marjani_mina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9194*47*7*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Asadi94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914**9*749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>
              <w:t>Amine</w:t>
            </w:r>
          </w:p>
        </w:tc>
        <w:tc>
          <w:tcPr>
            <w:tcW w:type="dxa" w:w="1728"/>
          </w:tcPr>
          <w:p>
            <w:r>
              <w:t>fateme_amine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91241**439</w:t>
            </w:r>
          </w:p>
        </w:tc>
        <w:tc>
          <w:tcPr>
            <w:tcW w:type="dxa" w:w="1728"/>
          </w:tcPr>
          <w:p>
            <w:r>
              <w:t>𝕫ꪖꫝ𝕣ꪖ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The_greeneest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93*77*2*4*</w:t>
            </w:r>
          </w:p>
        </w:tc>
        <w:tc>
          <w:tcPr>
            <w:tcW w:type="dxa" w:w="1728"/>
          </w:tcPr>
          <w:p>
            <w:r>
              <w:t>Aura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Fa1977Fa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917*494749</w:t>
            </w:r>
          </w:p>
        </w:tc>
        <w:tc>
          <w:tcPr>
            <w:tcW w:type="dxa" w:w="1728"/>
          </w:tcPr>
          <w:p>
            <w:r>
              <w:t>Azadeh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Azadehbrn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93*4132013</w:t>
            </w:r>
          </w:p>
        </w:tc>
        <w:tc>
          <w:tcPr>
            <w:tcW w:type="dxa" w:w="1728"/>
          </w:tcPr>
          <w:p>
            <w:r>
              <w:t>Hoda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Hodpv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91007***24</w:t>
            </w:r>
          </w:p>
        </w:tc>
        <w:tc>
          <w:tcPr>
            <w:tcW w:type="dxa" w:w="1728"/>
          </w:tcPr>
          <w:p>
            <w:r>
              <w:t>𝒯𝒾𝓋𝒶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tiva82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939*3**7*4</w:t>
            </w:r>
          </w:p>
        </w:tc>
        <w:tc>
          <w:tcPr>
            <w:tcW w:type="dxa" w:w="1728"/>
          </w:tcPr>
          <w:p>
            <w:r>
              <w:t>joudaki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Arsha_Vgh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93320991*7</w:t>
            </w:r>
          </w:p>
        </w:tc>
        <w:tc>
          <w:tcPr>
            <w:tcW w:type="dxa" w:w="1728"/>
          </w:tcPr>
          <w:p>
            <w:r>
              <w:t>Atefeh</w:t>
            </w:r>
          </w:p>
        </w:tc>
        <w:tc>
          <w:tcPr>
            <w:tcW w:type="dxa" w:w="1728"/>
          </w:tcPr>
          <w:p>
            <w:r>
              <w:t>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93*2**1*73</w:t>
            </w:r>
          </w:p>
        </w:tc>
        <w:tc>
          <w:tcPr>
            <w:tcW w:type="dxa" w:w="1728"/>
          </w:tcPr>
          <w:p>
            <w:r>
              <w:t>Shiva</w:t>
            </w:r>
          </w:p>
        </w:tc>
        <w:tc>
          <w:tcPr>
            <w:tcW w:type="dxa" w:w="1728"/>
          </w:tcPr>
          <w:p>
            <w:r>
              <w:t>Doagou</w:t>
            </w:r>
          </w:p>
        </w:tc>
        <w:tc>
          <w:tcPr>
            <w:tcW w:type="dxa" w:w="1728"/>
          </w:tcPr>
          <w:p>
            <w:r>
              <w:t>Shiva_Doagu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91912230*4</w:t>
            </w:r>
          </w:p>
        </w:tc>
        <w:tc>
          <w:tcPr>
            <w:tcW w:type="dxa" w:w="1728"/>
          </w:tcPr>
          <w:p>
            <w:r>
              <w:t>مرتضی</w:t>
            </w:r>
          </w:p>
        </w:tc>
        <w:tc>
          <w:tcPr>
            <w:tcW w:type="dxa" w:w="1728"/>
          </w:tcPr>
          <w:p>
            <w:r>
              <w:t>قاضی خانی</w:t>
            </w:r>
          </w:p>
        </w:tc>
        <w:tc>
          <w:tcPr>
            <w:tcW w:type="dxa" w:w="1728"/>
          </w:tcPr>
          <w:p>
            <w:r>
              <w:t>Morteza_gh82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937*271344</w:t>
            </w:r>
          </w:p>
        </w:tc>
        <w:tc>
          <w:tcPr>
            <w:tcW w:type="dxa" w:w="1728"/>
          </w:tcPr>
          <w:p>
            <w:r>
              <w:t>Happiness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happinessfn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9209*9294*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kavian1983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9379**441*</w:t>
            </w:r>
          </w:p>
        </w:tc>
        <w:tc>
          <w:tcPr>
            <w:tcW w:type="dxa" w:w="1728"/>
          </w:tcPr>
          <w:p>
            <w:r>
              <w:t>🎵🌸fatemeh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9024119***</w:t>
            </w:r>
          </w:p>
        </w:tc>
        <w:tc>
          <w:tcPr>
            <w:tcW w:type="dxa" w:w="1728"/>
          </w:tcPr>
          <w:p>
            <w:r>
              <w:t>Reyhane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91221*09*9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93*72*2*22</w:t>
            </w:r>
          </w:p>
        </w:tc>
        <w:tc>
          <w:tcPr>
            <w:tcW w:type="dxa" w:w="1728"/>
          </w:tcPr>
          <w:p>
            <w:r>
              <w:t>f.ebrahimi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febrahimi47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93***19*73</w:t>
            </w:r>
          </w:p>
        </w:tc>
        <w:tc>
          <w:tcPr>
            <w:tcW w:type="dxa" w:w="1728"/>
          </w:tcPr>
          <w:p>
            <w:r>
              <w:t>ㅎ,ㅎ</w:t>
            </w:r>
          </w:p>
        </w:tc>
        <w:tc>
          <w:tcPr>
            <w:tcW w:type="dxa" w:w="1728"/>
          </w:tcPr>
          <w:p>
            <w:r>
              <w:t>/^^;ř}~{øß£ï/-,</w:t>
            </w:r>
          </w:p>
        </w:tc>
        <w:tc>
          <w:tcPr>
            <w:tcW w:type="dxa" w:w="1728"/>
          </w:tcPr>
          <w:p>
            <w:r>
              <w:t>Azy293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933*7*2*7*</w:t>
            </w:r>
          </w:p>
        </w:tc>
        <w:tc>
          <w:tcPr>
            <w:tcW w:type="dxa" w:w="1728"/>
          </w:tcPr>
          <w:p>
            <w:r>
              <w:t>Nik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nikolas_bme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9141**3*43</w:t>
            </w:r>
          </w:p>
        </w:tc>
        <w:tc>
          <w:tcPr>
            <w:tcW w:type="dxa" w:w="1728"/>
          </w:tcPr>
          <w:p>
            <w:r>
              <w:t>Anwar</w:t>
            </w:r>
          </w:p>
        </w:tc>
        <w:tc>
          <w:tcPr>
            <w:tcW w:type="dxa" w:w="1728"/>
          </w:tcPr>
          <w:p>
            <w:r>
              <w:t>Fathollahi</w:t>
            </w:r>
          </w:p>
        </w:tc>
        <w:tc>
          <w:tcPr>
            <w:tcW w:type="dxa" w:w="1728"/>
          </w:tcPr>
          <w:p>
            <w:r>
              <w:t>Anwarfathollahi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91*2***414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e.ahmadi</w:t>
            </w:r>
          </w:p>
        </w:tc>
        <w:tc>
          <w:tcPr>
            <w:tcW w:type="dxa" w:w="1728"/>
          </w:tcPr>
          <w:p>
            <w:r>
              <w:t>Z_eahmadi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93*3**0497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Razavi</w:t>
            </w:r>
          </w:p>
        </w:tc>
        <w:tc>
          <w:tcPr>
            <w:tcW w:type="dxa" w:w="1728"/>
          </w:tcPr>
          <w:p>
            <w:r>
              <w:t>Hadiii_razavi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912**129*2</w:t>
            </w:r>
          </w:p>
        </w:tc>
        <w:tc>
          <w:tcPr>
            <w:tcW w:type="dxa" w:w="1728"/>
          </w:tcPr>
          <w:p>
            <w:r>
              <w:t>Maz</w:t>
            </w:r>
          </w:p>
        </w:tc>
        <w:tc>
          <w:tcPr>
            <w:tcW w:type="dxa" w:w="1728"/>
          </w:tcPr>
          <w:p>
            <w:r>
              <w:t>Masoudi</w:t>
            </w:r>
          </w:p>
        </w:tc>
        <w:tc>
          <w:tcPr>
            <w:tcW w:type="dxa" w:w="1728"/>
          </w:tcPr>
          <w:p>
            <w:r>
              <w:t>MazMasoudi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9127034*01</w:t>
            </w:r>
          </w:p>
        </w:tc>
        <w:tc>
          <w:tcPr>
            <w:tcW w:type="dxa" w:w="1728"/>
          </w:tcPr>
          <w:p>
            <w:r>
              <w:t>👑Sina👑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sina_ng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93091****7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fati_m1995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91**172204</w:t>
            </w:r>
          </w:p>
        </w:tc>
        <w:tc>
          <w:tcPr>
            <w:tcW w:type="dxa" w:w="1728"/>
          </w:tcPr>
          <w:p>
            <w:r>
              <w:t>Narjes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91*417*472</w:t>
            </w:r>
          </w:p>
        </w:tc>
        <w:tc>
          <w:tcPr>
            <w:tcW w:type="dxa" w:w="1728"/>
          </w:tcPr>
          <w:p>
            <w:r>
              <w:t>Aadele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Aadele_s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921022149*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AliGhassemix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93**30*7*1</w:t>
            </w:r>
          </w:p>
        </w:tc>
        <w:tc>
          <w:tcPr>
            <w:tcW w:type="dxa" w:w="1728"/>
          </w:tcPr>
          <w:p>
            <w:r>
              <w:t>ஜ۩۩ஜ Mr.Golmakaniஜ۩۩ஜ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RezaGolmakani1369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9900*3032*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93703300*4</w:t>
            </w:r>
          </w:p>
        </w:tc>
        <w:tc>
          <w:tcPr>
            <w:tcW w:type="dxa" w:w="1728"/>
          </w:tcPr>
          <w:p>
            <w:r>
              <w:t>Farzane</w:t>
            </w:r>
          </w:p>
        </w:tc>
        <w:tc>
          <w:tcPr>
            <w:tcW w:type="dxa" w:w="1728"/>
          </w:tcPr>
          <w:p>
            <w:r>
              <w:t>Frz</w:t>
            </w:r>
          </w:p>
        </w:tc>
        <w:tc>
          <w:tcPr>
            <w:tcW w:type="dxa" w:w="1728"/>
          </w:tcPr>
          <w:p>
            <w:r>
              <w:t>farzane_frz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91**0*044*</w:t>
            </w:r>
          </w:p>
        </w:tc>
        <w:tc>
          <w:tcPr>
            <w:tcW w:type="dxa" w:w="1728"/>
          </w:tcPr>
          <w:p>
            <w:r>
              <w:t>M. R.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M3ravari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91*1*7*9*3</w:t>
            </w:r>
          </w:p>
        </w:tc>
        <w:tc>
          <w:tcPr>
            <w:tcW w:type="dxa" w:w="1728"/>
          </w:tcPr>
          <w:p>
            <w:r>
              <w:t>Negar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NegarTC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933*034*00</w:t>
            </w:r>
          </w:p>
        </w:tc>
        <w:tc>
          <w:tcPr>
            <w:tcW w:type="dxa" w:w="1728"/>
          </w:tcPr>
          <w:p>
            <w:r>
              <w:t>KamyR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KamyR78kz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9032341*07</w:t>
            </w:r>
          </w:p>
        </w:tc>
        <w:tc>
          <w:tcPr>
            <w:tcW w:type="dxa" w:w="1728"/>
          </w:tcPr>
          <w:p>
            <w:r>
              <w:t>M.a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marzieh1375</w:t>
            </w:r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912023491*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  <w:tr>
        <w:tc>
          <w:tcPr>
            <w:tcW w:type="dxa" w:w="1728"/>
          </w:tcPr>
          <w:p>
            <w:r>
              <w:t>912427***9</w:t>
            </w:r>
          </w:p>
        </w:tc>
        <w:tc>
          <w:tcPr>
            <w:tcW w:type="dxa" w:w="1728"/>
          </w:tcPr>
          <w:p>
            <w:r>
              <w:t>.masoud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BME.ir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BME.ir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