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---: ddsirs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---: ddsirs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93704*2090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mehdi_hamidiii</w:t>
            </w:r>
          </w:p>
        </w:tc>
        <w:tc>
          <w:tcPr>
            <w:tcW w:type="dxa" w:w="1728"/>
          </w:tcPr>
          <w:p>
            <w:r>
              <w:t>专业承接电报，社交网站粉丝业务---微信: ddsirs</w:t>
            </w:r>
          </w:p>
        </w:tc>
      </w:tr>
      <w:tr>
        <w:tc>
          <w:tcPr>
            <w:tcW w:type="dxa" w:w="1728"/>
          </w:tcPr>
          <w:p>
            <w:r>
              <w:t>91979*7*11</w:t>
            </w:r>
          </w:p>
        </w:tc>
        <w:tc>
          <w:tcPr>
            <w:tcW w:type="dxa" w:w="1728"/>
          </w:tcPr>
          <w:p>
            <w:r>
              <w:t>Rohi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OxRohi</w:t>
            </w:r>
          </w:p>
        </w:tc>
        <w:tc>
          <w:tcPr>
            <w:tcW w:type="dxa" w:w="1728"/>
          </w:tcPr>
          <w:p>
            <w:r>
              <w:t>专业承接电报，社交网站粉丝业务---微信: ddsirs</w:t>
            </w:r>
          </w:p>
        </w:tc>
      </w:tr>
      <w:tr>
        <w:tc>
          <w:tcPr>
            <w:tcW w:type="dxa" w:w="1728"/>
          </w:tcPr>
          <w:p>
            <w:r>
              <w:t>93*74**211</w:t>
            </w:r>
          </w:p>
        </w:tc>
        <w:tc>
          <w:tcPr>
            <w:tcW w:type="dxa" w:w="1728"/>
          </w:tcPr>
          <w:p>
            <w:r>
              <w:t>Mahyar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mahyar_maezouri</w:t>
            </w:r>
          </w:p>
        </w:tc>
        <w:tc>
          <w:tcPr>
            <w:tcW w:type="dxa" w:w="1728"/>
          </w:tcPr>
          <w:p>
            <w:r>
              <w:t>专业承接电报，社交网站粉丝业务---微信: ddsirs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---: ddsirs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